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5593" w:rsidRDefault="00425B5E" w:rsidP="000D5593">
      <w:pPr>
        <w:spacing w:after="80" w:line="440" w:lineRule="exact"/>
        <w:jc w:val="center"/>
        <w:rPr>
          <w:rFonts w:ascii="標楷體" w:eastAsia="標楷體" w:hAnsi="標楷體"/>
          <w:b/>
          <w:color w:val="auto"/>
          <w:sz w:val="32"/>
          <w:szCs w:val="32"/>
          <w:lang w:eastAsia="zh-TW"/>
        </w:rPr>
      </w:pPr>
      <w:r w:rsidRPr="00EB0A43">
        <w:rPr>
          <w:rFonts w:ascii="標楷體" w:eastAsia="標楷體" w:hAnsi="標楷體" w:hint="eastAsia"/>
          <w:b/>
          <w:color w:val="auto"/>
          <w:sz w:val="32"/>
          <w:szCs w:val="32"/>
          <w:lang w:eastAsia="zh-TW"/>
        </w:rPr>
        <w:t>國軍退除役官兵輔導委員會退除役官兵職業訓練中心</w:t>
      </w:r>
    </w:p>
    <w:p w:rsidR="00875FAE" w:rsidRDefault="00515D2C" w:rsidP="000D5593">
      <w:pPr>
        <w:spacing w:after="80" w:line="440" w:lineRule="exact"/>
        <w:jc w:val="center"/>
        <w:rPr>
          <w:rFonts w:ascii="標楷體" w:eastAsia="標楷體" w:hAnsi="標楷體"/>
          <w:b/>
          <w:color w:val="auto"/>
          <w:sz w:val="32"/>
          <w:szCs w:val="32"/>
          <w:lang w:eastAsia="zh-TW"/>
        </w:rPr>
      </w:pPr>
      <w:r>
        <w:rPr>
          <w:rFonts w:ascii="標楷體" w:eastAsia="標楷體" w:hAnsi="標楷體" w:hint="eastAsia"/>
          <w:b/>
          <w:color w:val="auto"/>
          <w:sz w:val="32"/>
          <w:szCs w:val="32"/>
          <w:lang w:eastAsia="zh-TW"/>
        </w:rPr>
        <w:t>職業訓練</w:t>
      </w:r>
      <w:proofErr w:type="gramStart"/>
      <w:r>
        <w:rPr>
          <w:rFonts w:ascii="標楷體" w:eastAsia="標楷體" w:hAnsi="標楷體" w:hint="eastAsia"/>
          <w:b/>
          <w:color w:val="auto"/>
          <w:sz w:val="32"/>
          <w:szCs w:val="32"/>
          <w:lang w:eastAsia="zh-TW"/>
        </w:rPr>
        <w:t>學員霸凌防治</w:t>
      </w:r>
      <w:proofErr w:type="gramEnd"/>
      <w:r>
        <w:rPr>
          <w:rFonts w:ascii="標楷體" w:eastAsia="標楷體" w:hAnsi="標楷體" w:hint="eastAsia"/>
          <w:b/>
          <w:color w:val="auto"/>
          <w:sz w:val="32"/>
          <w:szCs w:val="32"/>
          <w:lang w:eastAsia="zh-TW"/>
        </w:rPr>
        <w:t>申訴及處理要點</w:t>
      </w:r>
    </w:p>
    <w:p w:rsidR="00EB277A" w:rsidRPr="00EB277A" w:rsidRDefault="00EB277A" w:rsidP="000D5593">
      <w:pPr>
        <w:spacing w:after="360" w:line="440" w:lineRule="exact"/>
        <w:jc w:val="center"/>
        <w:rPr>
          <w:rFonts w:ascii="標楷體" w:eastAsia="標楷體" w:hAnsi="標楷體"/>
          <w:b/>
          <w:color w:val="auto"/>
          <w:sz w:val="20"/>
          <w:szCs w:val="20"/>
          <w:lang w:eastAsia="zh-TW"/>
        </w:rPr>
      </w:pPr>
      <w:r>
        <w:rPr>
          <w:rFonts w:ascii="標楷體" w:eastAsia="標楷體" w:hAnsi="標楷體" w:hint="eastAsia"/>
          <w:b/>
          <w:color w:val="auto"/>
          <w:sz w:val="20"/>
          <w:szCs w:val="20"/>
          <w:lang w:eastAsia="zh-TW"/>
        </w:rPr>
        <w:t xml:space="preserve">                                                    </w:t>
      </w:r>
      <w:r w:rsidRPr="00EB277A">
        <w:rPr>
          <w:rFonts w:ascii="標楷體" w:eastAsia="標楷體" w:hAnsi="標楷體" w:hint="eastAsia"/>
          <w:b/>
          <w:color w:val="auto"/>
          <w:sz w:val="20"/>
          <w:szCs w:val="20"/>
          <w:lang w:eastAsia="zh-TW"/>
        </w:rPr>
        <w:t>115年10月</w:t>
      </w:r>
      <w:r w:rsidR="004825E6">
        <w:rPr>
          <w:rFonts w:ascii="標楷體" w:eastAsia="標楷體" w:hAnsi="標楷體" w:hint="eastAsia"/>
          <w:b/>
          <w:color w:val="auto"/>
          <w:sz w:val="20"/>
          <w:szCs w:val="20"/>
          <w:lang w:eastAsia="zh-TW"/>
        </w:rPr>
        <w:t>8</w:t>
      </w:r>
      <w:r w:rsidRPr="00EB277A">
        <w:rPr>
          <w:rFonts w:ascii="標楷體" w:eastAsia="標楷體" w:hAnsi="標楷體" w:hint="eastAsia"/>
          <w:b/>
          <w:color w:val="auto"/>
          <w:sz w:val="20"/>
          <w:szCs w:val="20"/>
          <w:lang w:eastAsia="zh-TW"/>
        </w:rPr>
        <w:t>日第115</w:t>
      </w:r>
      <w:r w:rsidR="004825E6">
        <w:rPr>
          <w:rFonts w:ascii="標楷體" w:eastAsia="標楷體" w:hAnsi="標楷體" w:hint="eastAsia"/>
          <w:b/>
          <w:color w:val="auto"/>
          <w:sz w:val="20"/>
          <w:szCs w:val="20"/>
          <w:lang w:eastAsia="zh-TW"/>
        </w:rPr>
        <w:t>2000390</w:t>
      </w:r>
      <w:r w:rsidRPr="00EB277A">
        <w:rPr>
          <w:rFonts w:ascii="標楷體" w:eastAsia="標楷體" w:hAnsi="標楷體" w:hint="eastAsia"/>
          <w:b/>
          <w:color w:val="auto"/>
          <w:sz w:val="20"/>
          <w:szCs w:val="20"/>
          <w:lang w:eastAsia="zh-TW"/>
        </w:rPr>
        <w:t>號函訂定</w:t>
      </w:r>
    </w:p>
    <w:p w:rsidR="00875FAE" w:rsidRPr="00477049" w:rsidRDefault="00521EC9" w:rsidP="000D5593">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一、目的：</w:t>
      </w:r>
    </w:p>
    <w:p w:rsidR="00875FAE" w:rsidRPr="00A637F4" w:rsidRDefault="00521EC9" w:rsidP="000D5593">
      <w:pPr>
        <w:spacing w:after="360" w:line="440" w:lineRule="exact"/>
        <w:ind w:leftChars="236" w:left="566" w:firstLineChars="6" w:firstLine="17"/>
        <w:rPr>
          <w:rFonts w:ascii="標楷體" w:eastAsia="標楷體" w:hAnsi="標楷體"/>
          <w:color w:val="auto"/>
          <w:sz w:val="28"/>
          <w:szCs w:val="28"/>
          <w:lang w:eastAsia="zh-TW"/>
        </w:rPr>
      </w:pPr>
      <w:r w:rsidRPr="00A637F4">
        <w:rPr>
          <w:rFonts w:ascii="標楷體" w:eastAsia="標楷體" w:hAnsi="標楷體"/>
          <w:color w:val="auto"/>
          <w:sz w:val="28"/>
          <w:szCs w:val="28"/>
          <w:lang w:eastAsia="zh-TW"/>
        </w:rPr>
        <w:t>為防治職業訓練學員之霸凌事件，建立有效之預防機制，並精進處</w:t>
      </w:r>
      <w:r w:rsidR="00E710FB">
        <w:rPr>
          <w:rFonts w:ascii="標楷體" w:eastAsia="標楷體" w:hAnsi="標楷體" w:hint="eastAsia"/>
          <w:color w:val="auto"/>
          <w:sz w:val="28"/>
          <w:szCs w:val="28"/>
          <w:lang w:eastAsia="zh-TW"/>
        </w:rPr>
        <w:t>理</w:t>
      </w:r>
      <w:r w:rsidR="00CC3ED3" w:rsidRPr="00A637F4">
        <w:rPr>
          <w:rFonts w:ascii="標楷體" w:eastAsia="標楷體" w:hAnsi="標楷體" w:hint="eastAsia"/>
          <w:color w:val="auto"/>
          <w:sz w:val="28"/>
          <w:szCs w:val="28"/>
          <w:lang w:eastAsia="zh-TW"/>
        </w:rPr>
        <w:t xml:space="preserve"> </w:t>
      </w:r>
      <w:r w:rsidRPr="00A637F4">
        <w:rPr>
          <w:rFonts w:ascii="標楷體" w:eastAsia="標楷體" w:hAnsi="標楷體"/>
          <w:color w:val="auto"/>
          <w:sz w:val="28"/>
          <w:szCs w:val="28"/>
          <w:lang w:eastAsia="zh-TW"/>
        </w:rPr>
        <w:t>相關問題之作法，特訂定</w:t>
      </w:r>
      <w:r w:rsidR="00122EC5" w:rsidRPr="00A637F4">
        <w:rPr>
          <w:rFonts w:ascii="標楷體" w:eastAsia="標楷體" w:hAnsi="標楷體"/>
          <w:color w:val="auto"/>
          <w:sz w:val="28"/>
          <w:szCs w:val="28"/>
          <w:lang w:eastAsia="zh-TW"/>
        </w:rPr>
        <w:t>本中心</w:t>
      </w:r>
      <w:r w:rsidRPr="00A637F4">
        <w:rPr>
          <w:rFonts w:ascii="標楷體" w:eastAsia="標楷體" w:hAnsi="標楷體"/>
          <w:color w:val="auto"/>
          <w:sz w:val="28"/>
          <w:szCs w:val="28"/>
          <w:lang w:eastAsia="zh-TW"/>
        </w:rPr>
        <w:t>「</w:t>
      </w:r>
      <w:r w:rsidR="00B55566">
        <w:rPr>
          <w:rFonts w:ascii="標楷體" w:eastAsia="標楷體" w:hAnsi="標楷體" w:cs="Times New Roman" w:hint="eastAsia"/>
          <w:spacing w:val="6"/>
          <w:sz w:val="28"/>
          <w:szCs w:val="28"/>
          <w:shd w:val="clear" w:color="auto" w:fill="FFFFFF"/>
          <w:lang w:eastAsia="zh-TW"/>
        </w:rPr>
        <w:t>職業</w:t>
      </w:r>
      <w:r w:rsidR="00515D2C" w:rsidRPr="00A637F4">
        <w:rPr>
          <w:rFonts w:ascii="標楷體" w:eastAsia="標楷體" w:hAnsi="標楷體" w:hint="eastAsia"/>
          <w:color w:val="auto"/>
          <w:sz w:val="28"/>
          <w:szCs w:val="28"/>
          <w:lang w:eastAsia="zh-TW"/>
        </w:rPr>
        <w:t>訓練學員霸凌防治申</w:t>
      </w:r>
      <w:bookmarkStart w:id="0" w:name="_GoBack"/>
      <w:bookmarkEnd w:id="0"/>
      <w:r w:rsidR="00515D2C" w:rsidRPr="00A637F4">
        <w:rPr>
          <w:rFonts w:ascii="標楷體" w:eastAsia="標楷體" w:hAnsi="標楷體" w:hint="eastAsia"/>
          <w:color w:val="auto"/>
          <w:sz w:val="28"/>
          <w:szCs w:val="28"/>
          <w:lang w:eastAsia="zh-TW"/>
        </w:rPr>
        <w:t>訴及處理要點</w:t>
      </w:r>
      <w:r w:rsidRPr="00A637F4">
        <w:rPr>
          <w:rFonts w:ascii="標楷體" w:eastAsia="標楷體" w:hAnsi="標楷體"/>
          <w:color w:val="auto"/>
          <w:sz w:val="28"/>
          <w:szCs w:val="28"/>
          <w:lang w:eastAsia="zh-TW"/>
        </w:rPr>
        <w:t>」（以下簡稱本要點）。</w:t>
      </w:r>
    </w:p>
    <w:p w:rsidR="00875FAE" w:rsidRPr="00477049" w:rsidRDefault="00521EC9" w:rsidP="000D5593">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二、本要點適用對象如下：</w:t>
      </w:r>
    </w:p>
    <w:p w:rsidR="00875FAE" w:rsidRPr="00477049" w:rsidRDefault="00521EC9" w:rsidP="000D5593">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(一)本要點適用於學員參加職業訓練</w:t>
      </w:r>
      <w:proofErr w:type="gramStart"/>
      <w:r w:rsidRPr="00477049">
        <w:rPr>
          <w:rFonts w:ascii="標楷體" w:eastAsia="標楷體" w:hAnsi="標楷體"/>
          <w:color w:val="auto"/>
          <w:sz w:val="28"/>
          <w:szCs w:val="28"/>
          <w:lang w:eastAsia="zh-TW"/>
        </w:rPr>
        <w:t>期間，</w:t>
      </w:r>
      <w:proofErr w:type="gramEnd"/>
      <w:r w:rsidRPr="00477049">
        <w:rPr>
          <w:rFonts w:ascii="標楷體" w:eastAsia="標楷體" w:hAnsi="標楷體"/>
          <w:color w:val="auto"/>
          <w:sz w:val="28"/>
          <w:szCs w:val="28"/>
          <w:lang w:eastAsia="zh-TW"/>
        </w:rPr>
        <w:t>遭受其他學員或</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職員工施以任何形式</w:t>
      </w:r>
      <w:proofErr w:type="gramStart"/>
      <w:r w:rsidRPr="00477049">
        <w:rPr>
          <w:rFonts w:ascii="標楷體" w:eastAsia="標楷體" w:hAnsi="標楷體"/>
          <w:color w:val="auto"/>
          <w:sz w:val="28"/>
          <w:szCs w:val="28"/>
          <w:lang w:eastAsia="zh-TW"/>
        </w:rPr>
        <w:t>之霸凌事</w:t>
      </w:r>
      <w:proofErr w:type="gramEnd"/>
      <w:r w:rsidRPr="00477049">
        <w:rPr>
          <w:rFonts w:ascii="標楷體" w:eastAsia="標楷體" w:hAnsi="標楷體"/>
          <w:color w:val="auto"/>
          <w:sz w:val="28"/>
          <w:szCs w:val="28"/>
          <w:lang w:eastAsia="zh-TW"/>
        </w:rPr>
        <w:t>件者。</w:t>
      </w:r>
    </w:p>
    <w:p w:rsidR="00015297" w:rsidRPr="00786320" w:rsidRDefault="00521EC9" w:rsidP="000D5593">
      <w:pPr>
        <w:spacing w:after="120" w:line="440" w:lineRule="exact"/>
        <w:ind w:left="576" w:hanging="576"/>
        <w:rPr>
          <w:lang w:eastAsia="zh-TW"/>
        </w:rPr>
      </w:pPr>
      <w:r w:rsidRPr="00477049">
        <w:rPr>
          <w:rFonts w:ascii="標楷體" w:eastAsia="標楷體" w:hAnsi="標楷體"/>
          <w:color w:val="auto"/>
          <w:sz w:val="28"/>
          <w:szCs w:val="28"/>
          <w:lang w:eastAsia="zh-TW"/>
        </w:rPr>
        <w:t>(二)本要點所稱「職員工」，係指</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之</w:t>
      </w:r>
      <w:r w:rsidR="00015297" w:rsidRPr="00015297">
        <w:rPr>
          <w:rFonts w:ascii="標楷體" w:eastAsia="標楷體" w:hAnsi="標楷體" w:hint="eastAsia"/>
          <w:color w:val="auto"/>
          <w:sz w:val="28"/>
          <w:szCs w:val="28"/>
          <w:lang w:eastAsia="zh-TW"/>
        </w:rPr>
        <w:t>全體同仁</w:t>
      </w:r>
      <w:r w:rsidR="00015297" w:rsidRPr="00015297">
        <w:rPr>
          <w:rFonts w:ascii="標楷體" w:eastAsia="標楷體" w:hAnsi="標楷體"/>
          <w:color w:val="auto"/>
          <w:sz w:val="28"/>
          <w:szCs w:val="28"/>
          <w:lang w:eastAsia="zh-TW"/>
        </w:rPr>
        <w:t>(含職員、訓練師、技工、工友及其他非編制人員)。</w:t>
      </w:r>
    </w:p>
    <w:p w:rsidR="00875FAE" w:rsidRPr="00477049" w:rsidRDefault="00521EC9" w:rsidP="000D5593">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(三)本要點所稱「職業訓練學員」，包括參加</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所辦理之</w:t>
      </w:r>
      <w:r w:rsidR="00122EC5" w:rsidRPr="00477049">
        <w:rPr>
          <w:rFonts w:ascii="標楷體" w:eastAsia="標楷體" w:hAnsi="標楷體" w:hint="eastAsia"/>
          <w:color w:val="auto"/>
          <w:sz w:val="28"/>
          <w:szCs w:val="28"/>
          <w:lang w:eastAsia="zh-TW"/>
        </w:rPr>
        <w:t>自辦訓練班隊</w:t>
      </w:r>
      <w:r w:rsidRPr="00477049">
        <w:rPr>
          <w:rFonts w:ascii="標楷體" w:eastAsia="標楷體" w:hAnsi="標楷體"/>
          <w:color w:val="auto"/>
          <w:sz w:val="28"/>
          <w:szCs w:val="28"/>
          <w:lang w:eastAsia="zh-TW"/>
        </w:rPr>
        <w:t>、</w:t>
      </w:r>
      <w:proofErr w:type="gramStart"/>
      <w:r w:rsidRPr="00477049">
        <w:rPr>
          <w:rFonts w:ascii="標楷體" w:eastAsia="標楷體" w:hAnsi="標楷體"/>
          <w:color w:val="auto"/>
          <w:sz w:val="28"/>
          <w:szCs w:val="28"/>
          <w:lang w:eastAsia="zh-TW"/>
        </w:rPr>
        <w:t>產訓合作</w:t>
      </w:r>
      <w:proofErr w:type="gramEnd"/>
      <w:r w:rsidRPr="00477049">
        <w:rPr>
          <w:rFonts w:ascii="標楷體" w:eastAsia="標楷體" w:hAnsi="標楷體"/>
          <w:color w:val="auto"/>
          <w:sz w:val="28"/>
          <w:szCs w:val="28"/>
          <w:lang w:eastAsia="zh-TW"/>
        </w:rPr>
        <w:t>專班、委託訓練專班等各類訓練班之學員。</w:t>
      </w:r>
    </w:p>
    <w:p w:rsidR="00875FAE" w:rsidRPr="00477049" w:rsidRDefault="00521EC9" w:rsidP="00D646BD">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三、本要點所稱「</w:t>
      </w:r>
      <w:proofErr w:type="gramStart"/>
      <w:r w:rsidRPr="00477049">
        <w:rPr>
          <w:rFonts w:ascii="標楷體" w:eastAsia="標楷體" w:hAnsi="標楷體"/>
          <w:b/>
          <w:color w:val="auto"/>
          <w:sz w:val="28"/>
          <w:szCs w:val="28"/>
          <w:lang w:eastAsia="zh-TW"/>
        </w:rPr>
        <w:t>霸凌」</w:t>
      </w:r>
      <w:proofErr w:type="gramEnd"/>
      <w:r w:rsidRPr="00477049">
        <w:rPr>
          <w:rFonts w:ascii="標楷體" w:eastAsia="標楷體" w:hAnsi="標楷體"/>
          <w:b/>
          <w:color w:val="auto"/>
          <w:sz w:val="28"/>
          <w:szCs w:val="28"/>
          <w:lang w:eastAsia="zh-TW"/>
        </w:rPr>
        <w:t>，及其樣態定義如下：</w:t>
      </w:r>
    </w:p>
    <w:p w:rsidR="00875FAE" w:rsidRPr="00477049" w:rsidRDefault="00521EC9" w:rsidP="00E0214E">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proofErr w:type="gramStart"/>
      <w:r w:rsidRPr="00477049">
        <w:rPr>
          <w:rFonts w:ascii="標楷體" w:eastAsia="標楷體" w:hAnsi="標楷體"/>
          <w:color w:val="auto"/>
          <w:sz w:val="28"/>
          <w:szCs w:val="28"/>
          <w:lang w:eastAsia="zh-TW"/>
        </w:rPr>
        <w:t>一</w:t>
      </w:r>
      <w:proofErr w:type="gramEnd"/>
      <w:r w:rsidRPr="00477049">
        <w:rPr>
          <w:rFonts w:ascii="標楷體" w:eastAsia="標楷體" w:hAnsi="標楷體"/>
          <w:color w:val="auto"/>
          <w:sz w:val="28"/>
          <w:szCs w:val="28"/>
          <w:lang w:eastAsia="zh-TW"/>
        </w:rPr>
        <w:t>)</w:t>
      </w:r>
      <w:proofErr w:type="gramStart"/>
      <w:r w:rsidRPr="00477049">
        <w:rPr>
          <w:rFonts w:ascii="標楷體" w:eastAsia="標楷體" w:hAnsi="標楷體"/>
          <w:color w:val="auto"/>
          <w:sz w:val="28"/>
          <w:szCs w:val="28"/>
          <w:lang w:eastAsia="zh-TW"/>
        </w:rPr>
        <w:t>霸凌</w:t>
      </w:r>
      <w:proofErr w:type="gramEnd"/>
      <w:r w:rsidRPr="00477049">
        <w:rPr>
          <w:rFonts w:ascii="標楷體" w:eastAsia="標楷體" w:hAnsi="標楷體"/>
          <w:color w:val="auto"/>
          <w:sz w:val="28"/>
          <w:szCs w:val="28"/>
          <w:lang w:eastAsia="zh-TW"/>
        </w:rPr>
        <w:t>：指個人或集體，持續以言語、文字、圖畫、符號、肢體動作、電子通訊、網際網路或其他方式，直接或間接對他人實施具有貶抑、排擠、欺負、騷擾或戲弄等故意行為，致使他人處於敵意或</w:t>
      </w:r>
      <w:proofErr w:type="gramStart"/>
      <w:r w:rsidRPr="00477049">
        <w:rPr>
          <w:rFonts w:ascii="標楷體" w:eastAsia="標楷體" w:hAnsi="標楷體"/>
          <w:color w:val="auto"/>
          <w:sz w:val="28"/>
          <w:szCs w:val="28"/>
          <w:lang w:eastAsia="zh-TW"/>
        </w:rPr>
        <w:t>不</w:t>
      </w:r>
      <w:proofErr w:type="gramEnd"/>
      <w:r w:rsidRPr="00477049">
        <w:rPr>
          <w:rFonts w:ascii="標楷體" w:eastAsia="標楷體" w:hAnsi="標楷體"/>
          <w:color w:val="auto"/>
          <w:sz w:val="28"/>
          <w:szCs w:val="28"/>
          <w:lang w:eastAsia="zh-TW"/>
        </w:rPr>
        <w:t>友善之環境中，進而造成精神上、生理上或財產上之損害，或影響其正常學習活動進行者。</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(二) </w:t>
      </w:r>
      <w:proofErr w:type="gramStart"/>
      <w:r w:rsidRPr="00477049">
        <w:rPr>
          <w:rFonts w:ascii="標楷體" w:eastAsia="標楷體" w:hAnsi="標楷體"/>
          <w:color w:val="auto"/>
          <w:sz w:val="28"/>
          <w:szCs w:val="28"/>
          <w:lang w:eastAsia="zh-TW"/>
        </w:rPr>
        <w:t>霸凌樣</w:t>
      </w:r>
      <w:proofErr w:type="gramEnd"/>
      <w:r w:rsidRPr="00477049">
        <w:rPr>
          <w:rFonts w:ascii="標楷體" w:eastAsia="標楷體" w:hAnsi="標楷體"/>
          <w:color w:val="auto"/>
          <w:sz w:val="28"/>
          <w:szCs w:val="28"/>
          <w:lang w:eastAsia="zh-TW"/>
        </w:rPr>
        <w:t>態：</w:t>
      </w:r>
    </w:p>
    <w:p w:rsidR="00875FAE" w:rsidRPr="00477049" w:rsidRDefault="00521EC9" w:rsidP="00E0214E">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1.關係</w:t>
      </w:r>
      <w:proofErr w:type="gramStart"/>
      <w:r w:rsidRPr="00477049">
        <w:rPr>
          <w:rFonts w:ascii="標楷體" w:eastAsia="標楷體" w:hAnsi="標楷體"/>
          <w:color w:val="auto"/>
          <w:sz w:val="28"/>
          <w:szCs w:val="28"/>
          <w:lang w:eastAsia="zh-TW"/>
        </w:rPr>
        <w:t>霸凌：</w:t>
      </w:r>
      <w:proofErr w:type="gramEnd"/>
      <w:r w:rsidRPr="00477049">
        <w:rPr>
          <w:rFonts w:ascii="標楷體" w:eastAsia="標楷體" w:hAnsi="標楷體"/>
          <w:color w:val="auto"/>
          <w:sz w:val="28"/>
          <w:szCs w:val="28"/>
          <w:lang w:eastAsia="zh-TW"/>
        </w:rPr>
        <w:t>如孤立、排擠、散播謠言、挑撥離間、散布流言等，常被忽略但影響深遠。</w:t>
      </w:r>
    </w:p>
    <w:p w:rsidR="00875FAE" w:rsidRPr="00477049" w:rsidRDefault="00521EC9" w:rsidP="00452668">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2.語言</w:t>
      </w:r>
      <w:proofErr w:type="gramStart"/>
      <w:r w:rsidRPr="00477049">
        <w:rPr>
          <w:rFonts w:ascii="標楷體" w:eastAsia="標楷體" w:hAnsi="標楷體"/>
          <w:color w:val="auto"/>
          <w:sz w:val="28"/>
          <w:szCs w:val="28"/>
          <w:lang w:eastAsia="zh-TW"/>
        </w:rPr>
        <w:t>霸凌：</w:t>
      </w:r>
      <w:proofErr w:type="gramEnd"/>
      <w:r w:rsidRPr="00477049">
        <w:rPr>
          <w:rFonts w:ascii="標楷體" w:eastAsia="標楷體" w:hAnsi="標楷體"/>
          <w:color w:val="auto"/>
          <w:sz w:val="28"/>
          <w:szCs w:val="28"/>
          <w:lang w:eastAsia="zh-TW"/>
        </w:rPr>
        <w:t>如恐嚇、威脅、謾罵、嘲笑、污名化、</w:t>
      </w:r>
      <w:proofErr w:type="gramStart"/>
      <w:r w:rsidRPr="00477049">
        <w:rPr>
          <w:rFonts w:ascii="標楷體" w:eastAsia="標楷體" w:hAnsi="標楷體"/>
          <w:color w:val="auto"/>
          <w:sz w:val="28"/>
          <w:szCs w:val="28"/>
          <w:lang w:eastAsia="zh-TW"/>
        </w:rPr>
        <w:t>起綽號</w:t>
      </w:r>
      <w:proofErr w:type="gramEnd"/>
      <w:r w:rsidRPr="00477049">
        <w:rPr>
          <w:rFonts w:ascii="標楷體" w:eastAsia="標楷體" w:hAnsi="標楷體"/>
          <w:color w:val="auto"/>
          <w:sz w:val="28"/>
          <w:szCs w:val="28"/>
          <w:lang w:eastAsia="zh-TW"/>
        </w:rPr>
        <w:t>等，雖無外傷，卻造成心理創傷。</w:t>
      </w:r>
    </w:p>
    <w:p w:rsidR="00875FAE" w:rsidRPr="00477049" w:rsidRDefault="00521EC9" w:rsidP="00BC7859">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3.肢體</w:t>
      </w:r>
      <w:proofErr w:type="gramStart"/>
      <w:r w:rsidRPr="00477049">
        <w:rPr>
          <w:rFonts w:ascii="標楷體" w:eastAsia="標楷體" w:hAnsi="標楷體"/>
          <w:color w:val="auto"/>
          <w:sz w:val="28"/>
          <w:szCs w:val="28"/>
          <w:lang w:eastAsia="zh-TW"/>
        </w:rPr>
        <w:t>霸凌：</w:t>
      </w:r>
      <w:proofErr w:type="gramEnd"/>
      <w:r w:rsidRPr="00477049">
        <w:rPr>
          <w:rFonts w:ascii="標楷體" w:eastAsia="標楷體" w:hAnsi="標楷體"/>
          <w:color w:val="auto"/>
          <w:sz w:val="28"/>
          <w:szCs w:val="28"/>
          <w:lang w:eastAsia="zh-TW"/>
        </w:rPr>
        <w:t>如毆打、推擠、勒索、搶奪財物、施以暴力或其他肢體侵害行為。</w:t>
      </w:r>
    </w:p>
    <w:p w:rsidR="00875FAE" w:rsidRPr="00477049" w:rsidRDefault="00521EC9" w:rsidP="00253944">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lastRenderedPageBreak/>
        <w:t xml:space="preserve">  4.網路</w:t>
      </w:r>
      <w:proofErr w:type="gramStart"/>
      <w:r w:rsidRPr="00477049">
        <w:rPr>
          <w:rFonts w:ascii="標楷體" w:eastAsia="標楷體" w:hAnsi="標楷體"/>
          <w:color w:val="auto"/>
          <w:sz w:val="28"/>
          <w:szCs w:val="28"/>
          <w:lang w:eastAsia="zh-TW"/>
        </w:rPr>
        <w:t>霸凌：如散布</w:t>
      </w:r>
      <w:proofErr w:type="gramEnd"/>
      <w:r w:rsidRPr="00477049">
        <w:rPr>
          <w:rFonts w:ascii="標楷體" w:eastAsia="標楷體" w:hAnsi="標楷體"/>
          <w:color w:val="auto"/>
          <w:sz w:val="28"/>
          <w:szCs w:val="28"/>
          <w:lang w:eastAsia="zh-TW"/>
        </w:rPr>
        <w:t>流言、造謠、謾罵、發送黑函、</w:t>
      </w:r>
      <w:proofErr w:type="gramStart"/>
      <w:r w:rsidRPr="00477049">
        <w:rPr>
          <w:rFonts w:ascii="標楷體" w:eastAsia="標楷體" w:hAnsi="標楷體"/>
          <w:color w:val="auto"/>
          <w:sz w:val="28"/>
          <w:szCs w:val="28"/>
          <w:lang w:eastAsia="zh-TW"/>
        </w:rPr>
        <w:t>公開爆料</w:t>
      </w:r>
      <w:proofErr w:type="gramEnd"/>
      <w:r w:rsidRPr="00477049">
        <w:rPr>
          <w:rFonts w:ascii="標楷體" w:eastAsia="標楷體" w:hAnsi="標楷體"/>
          <w:color w:val="auto"/>
          <w:sz w:val="28"/>
          <w:szCs w:val="28"/>
          <w:lang w:eastAsia="zh-TW"/>
        </w:rPr>
        <w:t>等透過網路媒介進行之行為。</w:t>
      </w:r>
    </w:p>
    <w:p w:rsidR="00875FAE" w:rsidRPr="00477049" w:rsidRDefault="00521EC9" w:rsidP="00253944">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5.反擊</w:t>
      </w:r>
      <w:proofErr w:type="gramStart"/>
      <w:r w:rsidRPr="00477049">
        <w:rPr>
          <w:rFonts w:ascii="標楷體" w:eastAsia="標楷體" w:hAnsi="標楷體"/>
          <w:color w:val="auto"/>
          <w:sz w:val="28"/>
          <w:szCs w:val="28"/>
          <w:lang w:eastAsia="zh-TW"/>
        </w:rPr>
        <w:t>霸凌：</w:t>
      </w:r>
      <w:proofErr w:type="gramEnd"/>
      <w:r w:rsidRPr="00477049">
        <w:rPr>
          <w:rFonts w:ascii="標楷體" w:eastAsia="標楷體" w:hAnsi="標楷體"/>
          <w:color w:val="auto"/>
          <w:sz w:val="28"/>
          <w:szCs w:val="28"/>
          <w:lang w:eastAsia="zh-TW"/>
        </w:rPr>
        <w:t>指遭受</w:t>
      </w:r>
      <w:proofErr w:type="gramStart"/>
      <w:r w:rsidRPr="00477049">
        <w:rPr>
          <w:rFonts w:ascii="標楷體" w:eastAsia="標楷體" w:hAnsi="標楷體"/>
          <w:color w:val="auto"/>
          <w:sz w:val="28"/>
          <w:szCs w:val="28"/>
          <w:lang w:eastAsia="zh-TW"/>
        </w:rPr>
        <w:t>霸凌者</w:t>
      </w:r>
      <w:proofErr w:type="gramEnd"/>
      <w:r w:rsidRPr="00477049">
        <w:rPr>
          <w:rFonts w:ascii="標楷體" w:eastAsia="標楷體" w:hAnsi="標楷體"/>
          <w:color w:val="auto"/>
          <w:sz w:val="28"/>
          <w:szCs w:val="28"/>
          <w:lang w:eastAsia="zh-TW"/>
        </w:rPr>
        <w:t>未經正當程序處理而自力報復、反擊、轉嫁情緒或轉向欺負他人者。</w:t>
      </w:r>
    </w:p>
    <w:p w:rsidR="00875FAE" w:rsidRPr="00477049" w:rsidRDefault="00521EC9" w:rsidP="00D646BD">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四、調查委員會：</w:t>
      </w:r>
    </w:p>
    <w:p w:rsidR="00875FAE" w:rsidRPr="00477049" w:rsidRDefault="00521EC9" w:rsidP="002501AB">
      <w:pPr>
        <w:spacing w:after="80" w:line="440" w:lineRule="exact"/>
        <w:ind w:leftChars="236" w:left="567" w:hanging="1"/>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為處理</w:t>
      </w:r>
      <w:proofErr w:type="gramStart"/>
      <w:r w:rsidRPr="00477049">
        <w:rPr>
          <w:rFonts w:ascii="標楷體" w:eastAsia="標楷體" w:hAnsi="標楷體"/>
          <w:color w:val="auto"/>
          <w:sz w:val="28"/>
          <w:szCs w:val="28"/>
          <w:lang w:eastAsia="zh-TW"/>
        </w:rPr>
        <w:t>學員霸凌事件</w:t>
      </w:r>
      <w:proofErr w:type="gramEnd"/>
      <w:r w:rsidRPr="00477049">
        <w:rPr>
          <w:rFonts w:ascii="標楷體" w:eastAsia="標楷體" w:hAnsi="標楷體"/>
          <w:color w:val="auto"/>
          <w:sz w:val="28"/>
          <w:szCs w:val="28"/>
          <w:lang w:eastAsia="zh-TW"/>
        </w:rPr>
        <w:t>之防治、調查、確認、輔導及其他相關事項，</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應成立「</w:t>
      </w:r>
      <w:proofErr w:type="gramStart"/>
      <w:r w:rsidRPr="00477049">
        <w:rPr>
          <w:rFonts w:ascii="標楷體" w:eastAsia="標楷體" w:hAnsi="標楷體"/>
          <w:color w:val="auto"/>
          <w:sz w:val="28"/>
          <w:szCs w:val="28"/>
          <w:lang w:eastAsia="zh-TW"/>
        </w:rPr>
        <w:t>學員霸凌調</w:t>
      </w:r>
      <w:proofErr w:type="gramEnd"/>
      <w:r w:rsidRPr="00477049">
        <w:rPr>
          <w:rFonts w:ascii="標楷體" w:eastAsia="標楷體" w:hAnsi="標楷體"/>
          <w:color w:val="auto"/>
          <w:sz w:val="28"/>
          <w:szCs w:val="28"/>
          <w:lang w:eastAsia="zh-TW"/>
        </w:rPr>
        <w:t>查委員會」（以下簡稱調查委員會）。</w:t>
      </w:r>
    </w:p>
    <w:p w:rsidR="00DD4BD8" w:rsidRPr="00DD4BD8" w:rsidRDefault="00DD4BD8" w:rsidP="00B94CA5">
      <w:pPr>
        <w:spacing w:after="80" w:line="440" w:lineRule="exact"/>
        <w:ind w:leftChars="236" w:left="566"/>
        <w:jc w:val="both"/>
        <w:rPr>
          <w:rFonts w:ascii="標楷體" w:eastAsia="標楷體" w:hAnsi="標楷體"/>
          <w:color w:val="auto"/>
          <w:sz w:val="28"/>
          <w:szCs w:val="28"/>
          <w:lang w:eastAsia="zh-TW"/>
        </w:rPr>
      </w:pPr>
      <w:r w:rsidRPr="00ED453F">
        <w:rPr>
          <w:rFonts w:ascii="標楷體" w:eastAsia="標楷體" w:hAnsi="標楷體" w:hint="eastAsia"/>
          <w:color w:val="auto"/>
          <w:sz w:val="28"/>
          <w:szCs w:val="28"/>
          <w:lang w:eastAsia="zh-TW"/>
        </w:rPr>
        <w:t>調查委員會之組成：成員</w:t>
      </w:r>
      <w:r w:rsidRPr="00DD4BD8">
        <w:rPr>
          <w:rFonts w:ascii="標楷體" w:eastAsia="標楷體" w:hAnsi="標楷體" w:hint="eastAsia"/>
          <w:color w:val="auto"/>
          <w:sz w:val="28"/>
          <w:szCs w:val="28"/>
          <w:lang w:eastAsia="zh-TW"/>
        </w:rPr>
        <w:t>至少</w:t>
      </w:r>
      <w:r w:rsidRPr="00DD4BD8">
        <w:rPr>
          <w:rFonts w:ascii="標楷體" w:eastAsia="標楷體" w:hAnsi="標楷體"/>
          <w:color w:val="auto"/>
          <w:sz w:val="28"/>
          <w:szCs w:val="28"/>
          <w:lang w:eastAsia="zh-TW"/>
        </w:rPr>
        <w:t>3人，任一性別比例不得少於三分之一；外部學者專家不得少於二分之一。成員由中心主任指定相關部門主管擔任，並得邀請具相關事務處理經驗之外</w:t>
      </w:r>
      <w:r w:rsidR="005A21EE">
        <w:rPr>
          <w:rFonts w:ascii="標楷體" w:eastAsia="標楷體" w:hAnsi="標楷體" w:hint="eastAsia"/>
          <w:color w:val="auto"/>
          <w:sz w:val="28"/>
          <w:szCs w:val="28"/>
          <w:lang w:eastAsia="zh-TW"/>
        </w:rPr>
        <w:t>部</w:t>
      </w:r>
      <w:r w:rsidRPr="00DD4BD8">
        <w:rPr>
          <w:rFonts w:ascii="標楷體" w:eastAsia="標楷體" w:hAnsi="標楷體"/>
          <w:color w:val="auto"/>
          <w:sz w:val="28"/>
          <w:szCs w:val="28"/>
          <w:lang w:eastAsia="zh-TW"/>
        </w:rPr>
        <w:t>專業人士擔任。</w:t>
      </w:r>
    </w:p>
    <w:p w:rsidR="00171A46" w:rsidRDefault="00CC0013" w:rsidP="002A39B0">
      <w:pPr>
        <w:spacing w:after="80" w:line="440" w:lineRule="exact"/>
        <w:ind w:leftChars="236" w:left="566"/>
        <w:jc w:val="both"/>
        <w:rPr>
          <w:rFonts w:ascii="標楷體" w:eastAsia="標楷體" w:hAnsi="標楷體"/>
          <w:color w:val="auto"/>
          <w:sz w:val="28"/>
          <w:szCs w:val="28"/>
          <w:lang w:eastAsia="zh-TW"/>
        </w:rPr>
      </w:pPr>
      <w:r w:rsidRPr="00CC0013">
        <w:rPr>
          <w:rFonts w:ascii="標楷體" w:eastAsia="標楷體" w:hAnsi="標楷體" w:hint="eastAsia"/>
          <w:color w:val="auto"/>
          <w:sz w:val="28"/>
          <w:szCs w:val="28"/>
          <w:lang w:eastAsia="zh-TW"/>
        </w:rPr>
        <w:t>調查委員會召集人</w:t>
      </w:r>
      <w:r>
        <w:rPr>
          <w:rFonts w:ascii="標楷體" w:eastAsia="標楷體" w:hAnsi="標楷體" w:hint="eastAsia"/>
          <w:color w:val="auto"/>
          <w:sz w:val="28"/>
          <w:szCs w:val="28"/>
          <w:lang w:eastAsia="zh-TW"/>
        </w:rPr>
        <w:t>為</w:t>
      </w:r>
      <w:r w:rsidRPr="00CC0013">
        <w:rPr>
          <w:rFonts w:ascii="標楷體" w:eastAsia="標楷體" w:hAnsi="標楷體" w:hint="eastAsia"/>
          <w:color w:val="auto"/>
          <w:sz w:val="28"/>
          <w:szCs w:val="28"/>
          <w:lang w:eastAsia="zh-TW"/>
        </w:rPr>
        <w:t>中心</w:t>
      </w:r>
      <w:r w:rsidR="00DD4BD8" w:rsidRPr="00DD4BD8">
        <w:rPr>
          <w:rFonts w:ascii="標楷體" w:eastAsia="標楷體" w:hAnsi="標楷體" w:hint="eastAsia"/>
          <w:color w:val="auto"/>
          <w:sz w:val="28"/>
          <w:szCs w:val="28"/>
          <w:lang w:eastAsia="zh-TW"/>
        </w:rPr>
        <w:t>副主任，並為會議主席。</w:t>
      </w:r>
    </w:p>
    <w:p w:rsidR="00875FAE" w:rsidRPr="00477049" w:rsidRDefault="00521EC9" w:rsidP="002A39B0">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五、申請調查程序：</w:t>
      </w:r>
    </w:p>
    <w:p w:rsidR="00875FAE" w:rsidRPr="00477049" w:rsidRDefault="00521EC9" w:rsidP="002A39B0">
      <w:pPr>
        <w:spacing w:after="80" w:line="440" w:lineRule="exact"/>
        <w:ind w:leftChars="236" w:left="567" w:hanging="1"/>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訓練學員</w:t>
      </w:r>
      <w:proofErr w:type="gramStart"/>
      <w:r w:rsidRPr="00477049">
        <w:rPr>
          <w:rFonts w:ascii="標楷體" w:eastAsia="標楷體" w:hAnsi="標楷體"/>
          <w:color w:val="auto"/>
          <w:sz w:val="28"/>
          <w:szCs w:val="28"/>
          <w:lang w:eastAsia="zh-TW"/>
        </w:rPr>
        <w:t>發生霸凌事件</w:t>
      </w:r>
      <w:proofErr w:type="gramEnd"/>
      <w:r w:rsidRPr="00477049">
        <w:rPr>
          <w:rFonts w:ascii="標楷體" w:eastAsia="標楷體" w:hAnsi="標楷體"/>
          <w:color w:val="auto"/>
          <w:sz w:val="28"/>
          <w:szCs w:val="28"/>
          <w:lang w:eastAsia="zh-TW"/>
        </w:rPr>
        <w:t>時，申請人本人或其委任代理人依本要點規定，向輔導</w:t>
      </w:r>
      <w:r w:rsidR="00905FC8" w:rsidRPr="00477049">
        <w:rPr>
          <w:rFonts w:ascii="標楷體" w:eastAsia="標楷體" w:hAnsi="標楷體" w:hint="eastAsia"/>
          <w:color w:val="auto"/>
          <w:sz w:val="28"/>
          <w:szCs w:val="28"/>
          <w:lang w:eastAsia="zh-TW"/>
        </w:rPr>
        <w:t>組</w:t>
      </w:r>
      <w:r w:rsidRPr="00477049">
        <w:rPr>
          <w:rFonts w:ascii="標楷體" w:eastAsia="標楷體" w:hAnsi="標楷體"/>
          <w:color w:val="auto"/>
          <w:sz w:val="28"/>
          <w:szCs w:val="28"/>
          <w:lang w:eastAsia="zh-TW"/>
        </w:rPr>
        <w:t>提起調查申請：</w:t>
      </w:r>
    </w:p>
    <w:p w:rsidR="00875FAE" w:rsidRPr="00477049" w:rsidRDefault="00521EC9" w:rsidP="0091043B">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proofErr w:type="gramStart"/>
      <w:r w:rsidRPr="00477049">
        <w:rPr>
          <w:rFonts w:ascii="標楷體" w:eastAsia="標楷體" w:hAnsi="標楷體"/>
          <w:color w:val="auto"/>
          <w:sz w:val="28"/>
          <w:szCs w:val="28"/>
          <w:lang w:eastAsia="zh-TW"/>
        </w:rPr>
        <w:t>一</w:t>
      </w:r>
      <w:proofErr w:type="gramEnd"/>
      <w:r w:rsidRPr="00477049">
        <w:rPr>
          <w:rFonts w:ascii="標楷體" w:eastAsia="標楷體" w:hAnsi="標楷體"/>
          <w:color w:val="auto"/>
          <w:sz w:val="28"/>
          <w:szCs w:val="28"/>
          <w:lang w:eastAsia="zh-TW"/>
        </w:rPr>
        <w:t>)申請人以書面方式提出者，應檢具申請書(如附件一)，經申請人簽名或蓋章，並載明下列事項：</w:t>
      </w:r>
    </w:p>
    <w:p w:rsidR="00875FAE" w:rsidRPr="00477049" w:rsidRDefault="00521EC9" w:rsidP="00D045D4">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1.申請人之姓名、身分證字號、所屬班級、聯絡電話、住址及申請調查日期。</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2.涉及行為人之姓名及其所屬班級／職稱。</w:t>
      </w:r>
    </w:p>
    <w:p w:rsidR="00875FAE" w:rsidRPr="00477049" w:rsidRDefault="00521EC9" w:rsidP="00531D4F">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3.若由申請人委任代理人代為提出申請，應檢附委任書（如附件二），並載明申請人與受委任人之姓名、身分證字號及聯絡電話。</w:t>
      </w:r>
    </w:p>
    <w:p w:rsidR="00875FAE" w:rsidRPr="00477049" w:rsidRDefault="00521EC9" w:rsidP="00531D4F">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4.申請調查或檢舉之事實內容，若有相關證據，應一併記載或檢附佐證資料。</w:t>
      </w:r>
    </w:p>
    <w:p w:rsidR="00875FAE" w:rsidRDefault="00521EC9" w:rsidP="00531D4F">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(二)申請人以言詞或電子郵件方式提出申請者，</w:t>
      </w:r>
      <w:r w:rsidR="00905FC8" w:rsidRPr="00477049">
        <w:rPr>
          <w:rFonts w:ascii="標楷體" w:eastAsia="標楷體" w:hAnsi="標楷體"/>
          <w:color w:val="auto"/>
          <w:sz w:val="28"/>
          <w:szCs w:val="28"/>
          <w:lang w:eastAsia="zh-TW"/>
        </w:rPr>
        <w:t>輔導組</w:t>
      </w:r>
      <w:r w:rsidRPr="00477049">
        <w:rPr>
          <w:rFonts w:ascii="標楷體" w:eastAsia="標楷體" w:hAnsi="標楷體"/>
          <w:color w:val="auto"/>
          <w:sz w:val="28"/>
          <w:szCs w:val="28"/>
          <w:lang w:eastAsia="zh-TW"/>
        </w:rPr>
        <w:t>應依「</w:t>
      </w:r>
      <w:r w:rsidR="00AD0C5B" w:rsidRPr="00477049">
        <w:rPr>
          <w:rFonts w:ascii="標楷體" w:eastAsia="標楷體" w:hAnsi="標楷體" w:hint="eastAsia"/>
          <w:color w:val="auto"/>
          <w:sz w:val="28"/>
          <w:szCs w:val="28"/>
          <w:lang w:eastAsia="zh-TW"/>
        </w:rPr>
        <w:t>國軍退除役官兵輔導委員會退除役官兵職業訓練中心</w:t>
      </w:r>
      <w:r w:rsidRPr="00477049">
        <w:rPr>
          <w:rFonts w:ascii="標楷體" w:eastAsia="標楷體" w:hAnsi="標楷體"/>
          <w:color w:val="auto"/>
          <w:sz w:val="28"/>
          <w:szCs w:val="28"/>
          <w:lang w:eastAsia="zh-TW"/>
        </w:rPr>
        <w:t>職業訓練</w:t>
      </w:r>
      <w:proofErr w:type="gramStart"/>
      <w:r w:rsidRPr="00477049">
        <w:rPr>
          <w:rFonts w:ascii="標楷體" w:eastAsia="標楷體" w:hAnsi="標楷體"/>
          <w:color w:val="auto"/>
          <w:sz w:val="28"/>
          <w:szCs w:val="28"/>
          <w:lang w:eastAsia="zh-TW"/>
        </w:rPr>
        <w:t>學員霸凌事件</w:t>
      </w:r>
      <w:proofErr w:type="gramEnd"/>
      <w:r w:rsidRPr="00477049">
        <w:rPr>
          <w:rFonts w:ascii="標楷體" w:eastAsia="標楷體" w:hAnsi="標楷體"/>
          <w:color w:val="auto"/>
          <w:sz w:val="28"/>
          <w:szCs w:val="28"/>
          <w:lang w:eastAsia="zh-TW"/>
        </w:rPr>
        <w:t>調查申請書」（如附件一）記錄相關內容，經向申請人朗讀或提供閱覽確認無誤後，由申請人簽名或蓋章。</w:t>
      </w:r>
    </w:p>
    <w:p w:rsidR="00EC75A9" w:rsidRPr="00477049" w:rsidRDefault="00EC75A9" w:rsidP="00531D4F">
      <w:pPr>
        <w:spacing w:after="80" w:line="440" w:lineRule="exact"/>
        <w:ind w:left="566" w:hangingChars="202" w:hanging="566"/>
        <w:jc w:val="both"/>
        <w:rPr>
          <w:rFonts w:ascii="標楷體" w:eastAsia="標楷體" w:hAnsi="標楷體"/>
          <w:color w:val="auto"/>
          <w:sz w:val="28"/>
          <w:szCs w:val="28"/>
          <w:lang w:eastAsia="zh-TW"/>
        </w:rPr>
      </w:pPr>
    </w:p>
    <w:p w:rsidR="00875FAE" w:rsidRPr="00477049" w:rsidRDefault="00521EC9" w:rsidP="00D646BD">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lastRenderedPageBreak/>
        <w:t>六、</w:t>
      </w:r>
      <w:proofErr w:type="gramStart"/>
      <w:r w:rsidRPr="00477049">
        <w:rPr>
          <w:rFonts w:ascii="標楷體" w:eastAsia="標楷體" w:hAnsi="標楷體"/>
          <w:b/>
          <w:color w:val="auto"/>
          <w:sz w:val="28"/>
          <w:szCs w:val="28"/>
          <w:lang w:eastAsia="zh-TW"/>
        </w:rPr>
        <w:t>霸凌調查</w:t>
      </w:r>
      <w:proofErr w:type="gramEnd"/>
      <w:r w:rsidRPr="00477049">
        <w:rPr>
          <w:rFonts w:ascii="標楷體" w:eastAsia="標楷體" w:hAnsi="標楷體"/>
          <w:b/>
          <w:color w:val="auto"/>
          <w:sz w:val="28"/>
          <w:szCs w:val="28"/>
          <w:lang w:eastAsia="zh-TW"/>
        </w:rPr>
        <w:t>處理程序：</w:t>
      </w:r>
    </w:p>
    <w:p w:rsidR="00875FAE" w:rsidRPr="00477049" w:rsidRDefault="00521EC9" w:rsidP="00F453E6">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proofErr w:type="gramStart"/>
      <w:r w:rsidRPr="00477049">
        <w:rPr>
          <w:rFonts w:ascii="標楷體" w:eastAsia="標楷體" w:hAnsi="標楷體"/>
          <w:color w:val="auto"/>
          <w:sz w:val="28"/>
          <w:szCs w:val="28"/>
          <w:lang w:eastAsia="zh-TW"/>
        </w:rPr>
        <w:t>一</w:t>
      </w:r>
      <w:proofErr w:type="gramEnd"/>
      <w:r w:rsidRPr="00477049">
        <w:rPr>
          <w:rFonts w:ascii="標楷體" w:eastAsia="標楷體" w:hAnsi="標楷體"/>
          <w:color w:val="auto"/>
          <w:sz w:val="28"/>
          <w:szCs w:val="28"/>
          <w:lang w:eastAsia="zh-TW"/>
        </w:rPr>
        <w:t>)</w:t>
      </w:r>
      <w:r w:rsidR="00905FC8" w:rsidRPr="00477049">
        <w:rPr>
          <w:rFonts w:ascii="標楷體" w:eastAsia="標楷體" w:hAnsi="標楷體"/>
          <w:color w:val="auto"/>
          <w:sz w:val="28"/>
          <w:szCs w:val="28"/>
          <w:lang w:eastAsia="zh-TW"/>
        </w:rPr>
        <w:t>輔導組</w:t>
      </w:r>
      <w:r w:rsidRPr="00477049">
        <w:rPr>
          <w:rFonts w:ascii="標楷體" w:eastAsia="標楷體" w:hAnsi="標楷體"/>
          <w:color w:val="auto"/>
          <w:sz w:val="28"/>
          <w:szCs w:val="28"/>
          <w:lang w:eastAsia="zh-TW"/>
        </w:rPr>
        <w:t>於</w:t>
      </w:r>
      <w:proofErr w:type="gramStart"/>
      <w:r w:rsidRPr="00477049">
        <w:rPr>
          <w:rFonts w:ascii="標楷體" w:eastAsia="標楷體" w:hAnsi="標楷體"/>
          <w:color w:val="auto"/>
          <w:sz w:val="28"/>
          <w:szCs w:val="28"/>
          <w:lang w:eastAsia="zh-TW"/>
        </w:rPr>
        <w:t>收到霸凌調</w:t>
      </w:r>
      <w:proofErr w:type="gramEnd"/>
      <w:r w:rsidRPr="00477049">
        <w:rPr>
          <w:rFonts w:ascii="標楷體" w:eastAsia="標楷體" w:hAnsi="標楷體"/>
          <w:color w:val="auto"/>
          <w:sz w:val="28"/>
          <w:szCs w:val="28"/>
          <w:lang w:eastAsia="zh-TW"/>
        </w:rPr>
        <w:t>查申請後，應於次日起二十日內以書面通知申請人是否受理。有下列情形之</w:t>
      </w:r>
      <w:proofErr w:type="gramStart"/>
      <w:r w:rsidRPr="00477049">
        <w:rPr>
          <w:rFonts w:ascii="標楷體" w:eastAsia="標楷體" w:hAnsi="標楷體"/>
          <w:color w:val="auto"/>
          <w:sz w:val="28"/>
          <w:szCs w:val="28"/>
          <w:lang w:eastAsia="zh-TW"/>
        </w:rPr>
        <w:t>一</w:t>
      </w:r>
      <w:proofErr w:type="gramEnd"/>
      <w:r w:rsidRPr="00477049">
        <w:rPr>
          <w:rFonts w:ascii="標楷體" w:eastAsia="標楷體" w:hAnsi="標楷體"/>
          <w:color w:val="auto"/>
          <w:sz w:val="28"/>
          <w:szCs w:val="28"/>
          <w:lang w:eastAsia="zh-TW"/>
        </w:rPr>
        <w:t>者，不予受理：</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1.非屬本要點所認定</w:t>
      </w:r>
      <w:proofErr w:type="gramStart"/>
      <w:r w:rsidRPr="00477049">
        <w:rPr>
          <w:rFonts w:ascii="標楷體" w:eastAsia="標楷體" w:hAnsi="標楷體"/>
          <w:color w:val="auto"/>
          <w:sz w:val="28"/>
          <w:szCs w:val="28"/>
          <w:lang w:eastAsia="zh-TW"/>
        </w:rPr>
        <w:t>的霸凌範圍</w:t>
      </w:r>
      <w:proofErr w:type="gramEnd"/>
      <w:r w:rsidRPr="00477049">
        <w:rPr>
          <w:rFonts w:ascii="標楷體" w:eastAsia="標楷體" w:hAnsi="標楷體"/>
          <w:color w:val="auto"/>
          <w:sz w:val="28"/>
          <w:szCs w:val="28"/>
          <w:lang w:eastAsia="zh-TW"/>
        </w:rPr>
        <w:t>，或未依規定程序與方式提出。</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2.無具體之內容或申請人未具真實姓名。</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3.同一事已經調查結案或經撤回申請，再次申請之案件。</w:t>
      </w:r>
    </w:p>
    <w:p w:rsidR="00875FAE" w:rsidRPr="00477049" w:rsidRDefault="005B439E"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w:t>
      </w:r>
      <w:r w:rsidR="00521EC9" w:rsidRPr="00477049">
        <w:rPr>
          <w:rFonts w:ascii="標楷體" w:eastAsia="標楷體" w:hAnsi="標楷體"/>
          <w:color w:val="auto"/>
          <w:sz w:val="28"/>
          <w:szCs w:val="28"/>
          <w:lang w:eastAsia="zh-TW"/>
        </w:rPr>
        <w:t>(二)調查方式及時限：</w:t>
      </w:r>
    </w:p>
    <w:p w:rsidR="00875FAE" w:rsidRPr="00477049" w:rsidRDefault="00521EC9" w:rsidP="00776FD8">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w:t>
      </w:r>
      <w:r w:rsidR="00905FC8" w:rsidRPr="00477049">
        <w:rPr>
          <w:rFonts w:ascii="標楷體" w:eastAsia="標楷體" w:hAnsi="標楷體"/>
          <w:color w:val="auto"/>
          <w:sz w:val="28"/>
          <w:szCs w:val="28"/>
          <w:lang w:eastAsia="zh-TW"/>
        </w:rPr>
        <w:t>輔導組</w:t>
      </w:r>
      <w:r w:rsidRPr="00477049">
        <w:rPr>
          <w:rFonts w:ascii="標楷體" w:eastAsia="標楷體" w:hAnsi="標楷體"/>
          <w:color w:val="auto"/>
          <w:sz w:val="28"/>
          <w:szCs w:val="28"/>
          <w:lang w:eastAsia="zh-TW"/>
        </w:rPr>
        <w:t>於受理申請調查後，簽請調查委員會召集人召集委員進行調查。</w:t>
      </w:r>
    </w:p>
    <w:p w:rsidR="00875FAE" w:rsidRPr="00477049" w:rsidRDefault="00521EC9" w:rsidP="00776FD8">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2.調查委員會進行調查時，若有必要得邀請雙方當事人的班級導師、任課教師列席說明，以協助全面瞭解事件經過。</w:t>
      </w:r>
    </w:p>
    <w:p w:rsidR="00875FAE" w:rsidRPr="00477049" w:rsidRDefault="00521EC9" w:rsidP="00776FD8">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3.調查委員會須於受理申請之次日起2個月內作成決議；必要得延長一個月，延長以一次為限。</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4.決議應載</w:t>
      </w:r>
      <w:proofErr w:type="gramStart"/>
      <w:r w:rsidRPr="00477049">
        <w:rPr>
          <w:rFonts w:ascii="標楷體" w:eastAsia="標楷體" w:hAnsi="標楷體"/>
          <w:color w:val="auto"/>
          <w:sz w:val="28"/>
          <w:szCs w:val="28"/>
          <w:lang w:eastAsia="zh-TW"/>
        </w:rPr>
        <w:t>明理由並以</w:t>
      </w:r>
      <w:proofErr w:type="gramEnd"/>
      <w:r w:rsidRPr="00477049">
        <w:rPr>
          <w:rFonts w:ascii="標楷體" w:eastAsia="標楷體" w:hAnsi="標楷體"/>
          <w:color w:val="auto"/>
          <w:sz w:val="28"/>
          <w:szCs w:val="28"/>
          <w:lang w:eastAsia="zh-TW"/>
        </w:rPr>
        <w:t>書面形式通知申請人及行為人。</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r w:rsidR="00E52046">
        <w:rPr>
          <w:rFonts w:ascii="標楷體" w:eastAsia="標楷體" w:hAnsi="標楷體" w:hint="eastAsia"/>
          <w:color w:val="auto"/>
          <w:sz w:val="28"/>
          <w:szCs w:val="28"/>
          <w:lang w:eastAsia="zh-TW"/>
        </w:rPr>
        <w:t>三</w:t>
      </w:r>
      <w:r w:rsidRPr="00477049">
        <w:rPr>
          <w:rFonts w:ascii="標楷體" w:eastAsia="標楷體" w:hAnsi="標楷體"/>
          <w:color w:val="auto"/>
          <w:sz w:val="28"/>
          <w:szCs w:val="28"/>
          <w:lang w:eastAsia="zh-TW"/>
        </w:rPr>
        <w:t>)調查注意事項：</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1.調查過程中，必須給雙方當事人機會陳述意見，確保公平。</w:t>
      </w:r>
    </w:p>
    <w:p w:rsidR="00165040" w:rsidRPr="00477049" w:rsidRDefault="00521EC9" w:rsidP="00165040">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w:t>
      </w:r>
      <w:r w:rsidR="00165040" w:rsidRPr="00477049">
        <w:rPr>
          <w:rFonts w:ascii="標楷體" w:eastAsia="標楷體" w:hAnsi="標楷體"/>
          <w:color w:val="auto"/>
          <w:sz w:val="28"/>
          <w:szCs w:val="28"/>
          <w:lang w:eastAsia="zh-TW"/>
        </w:rPr>
        <w:t>避免雙方當事人面對面對質。除基於調查及</w:t>
      </w:r>
      <w:proofErr w:type="gramStart"/>
      <w:r w:rsidR="00165040" w:rsidRPr="00477049">
        <w:rPr>
          <w:rFonts w:ascii="標楷體" w:eastAsia="標楷體" w:hAnsi="標楷體"/>
          <w:color w:val="auto"/>
          <w:sz w:val="28"/>
          <w:szCs w:val="28"/>
          <w:lang w:eastAsia="zh-TW"/>
        </w:rPr>
        <w:t>釐</w:t>
      </w:r>
      <w:proofErr w:type="gramEnd"/>
      <w:r w:rsidR="00165040" w:rsidRPr="00477049">
        <w:rPr>
          <w:rFonts w:ascii="標楷體" w:eastAsia="標楷體" w:hAnsi="標楷體"/>
          <w:color w:val="auto"/>
          <w:sz w:val="28"/>
          <w:szCs w:val="28"/>
          <w:lang w:eastAsia="zh-TW"/>
        </w:rPr>
        <w:t>清事實之必要，經調查委員會徵得雙方當事人同意，且無不對等之情形者，不在此限。</w:t>
      </w:r>
    </w:p>
    <w:p w:rsidR="00875FAE" w:rsidRPr="00477049" w:rsidRDefault="00521EC9" w:rsidP="007B5413">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3.申請人、證人或協助調查人之姓名及其他足以辨識身分之資料，應予保密。但基於調查之必要性或公共利益之考量者，不在此限。</w:t>
      </w:r>
    </w:p>
    <w:p w:rsidR="00875FAE" w:rsidRPr="00477049" w:rsidRDefault="00521EC9" w:rsidP="007B5413">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w:t>
      </w:r>
      <w:r w:rsidR="00165040">
        <w:rPr>
          <w:rFonts w:ascii="標楷體" w:eastAsia="標楷體" w:hAnsi="標楷體" w:hint="eastAsia"/>
          <w:color w:val="auto"/>
          <w:sz w:val="28"/>
          <w:szCs w:val="28"/>
          <w:lang w:eastAsia="zh-TW"/>
        </w:rPr>
        <w:t>4</w:t>
      </w:r>
      <w:r w:rsidRPr="00477049">
        <w:rPr>
          <w:rFonts w:ascii="標楷體" w:eastAsia="標楷體" w:hAnsi="標楷體"/>
          <w:color w:val="auto"/>
          <w:sz w:val="28"/>
          <w:szCs w:val="28"/>
          <w:lang w:eastAsia="zh-TW"/>
        </w:rPr>
        <w:t>.為</w:t>
      </w:r>
      <w:proofErr w:type="gramStart"/>
      <w:r w:rsidRPr="00477049">
        <w:rPr>
          <w:rFonts w:ascii="標楷體" w:eastAsia="標楷體" w:hAnsi="標楷體"/>
          <w:color w:val="auto"/>
          <w:sz w:val="28"/>
          <w:szCs w:val="28"/>
          <w:lang w:eastAsia="zh-TW"/>
        </w:rPr>
        <w:t>保障霸凌事件</w:t>
      </w:r>
      <w:proofErr w:type="gramEnd"/>
      <w:r w:rsidRPr="00477049">
        <w:rPr>
          <w:rFonts w:ascii="標楷體" w:eastAsia="標楷體" w:hAnsi="標楷體"/>
          <w:color w:val="auto"/>
          <w:sz w:val="28"/>
          <w:szCs w:val="28"/>
          <w:lang w:eastAsia="zh-TW"/>
        </w:rPr>
        <w:t>當事人之受訓權益，</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於調查處理過程中，得視需要採取下列處置措施：</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(1)尊重當事人之意願，儘量減少雙方當事人之互動機會。</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(2)降低行為人再次加害之可能性，確保當事人安全。</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(3)依調查委員會判斷所認為必要之其他處置。</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(4)依調查委員會決議，適當調整行為人之課</w:t>
      </w:r>
      <w:proofErr w:type="gramStart"/>
      <w:r w:rsidRPr="00477049">
        <w:rPr>
          <w:rFonts w:ascii="標楷體" w:eastAsia="標楷體" w:hAnsi="標楷體"/>
          <w:color w:val="auto"/>
          <w:sz w:val="28"/>
          <w:szCs w:val="28"/>
          <w:lang w:eastAsia="zh-TW"/>
        </w:rPr>
        <w:t>務</w:t>
      </w:r>
      <w:proofErr w:type="gramEnd"/>
      <w:r w:rsidRPr="00477049">
        <w:rPr>
          <w:rFonts w:ascii="標楷體" w:eastAsia="標楷體" w:hAnsi="標楷體"/>
          <w:color w:val="auto"/>
          <w:sz w:val="28"/>
          <w:szCs w:val="28"/>
          <w:lang w:eastAsia="zh-TW"/>
        </w:rPr>
        <w:t>安排或行政職務。</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r w:rsidR="00A564BD">
        <w:rPr>
          <w:rFonts w:ascii="標楷體" w:eastAsia="標楷體" w:hAnsi="標楷體" w:hint="eastAsia"/>
          <w:color w:val="auto"/>
          <w:sz w:val="28"/>
          <w:szCs w:val="28"/>
          <w:lang w:eastAsia="zh-TW"/>
        </w:rPr>
        <w:t>四</w:t>
      </w:r>
      <w:r w:rsidRPr="00477049">
        <w:rPr>
          <w:rFonts w:ascii="標楷體" w:eastAsia="標楷體" w:hAnsi="標楷體"/>
          <w:color w:val="auto"/>
          <w:sz w:val="28"/>
          <w:szCs w:val="28"/>
          <w:lang w:eastAsia="zh-TW"/>
        </w:rPr>
        <w:t>)申請撤回：</w:t>
      </w:r>
    </w:p>
    <w:p w:rsidR="00875FAE" w:rsidRPr="00477049" w:rsidRDefault="00521EC9" w:rsidP="0044205F">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1.申請人得於案件調查期間主動撤回調查申請，惟撤回應以書面形式提出（如附件三）。申請人書面撤回申請並送達調查委員會後，調查程</w:t>
      </w:r>
      <w:r w:rsidRPr="00477049">
        <w:rPr>
          <w:rFonts w:ascii="標楷體" w:eastAsia="標楷體" w:hAnsi="標楷體"/>
          <w:color w:val="auto"/>
          <w:sz w:val="28"/>
          <w:szCs w:val="28"/>
          <w:lang w:eastAsia="zh-TW"/>
        </w:rPr>
        <w:lastRenderedPageBreak/>
        <w:t>序即行結案並備查。惟該申請一經撤回，不得就同一事由再次提出調查申請。</w:t>
      </w:r>
    </w:p>
    <w:p w:rsidR="00875FAE" w:rsidRPr="00477049" w:rsidRDefault="00521EC9" w:rsidP="0044205F">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2.為</w:t>
      </w:r>
      <w:proofErr w:type="gramStart"/>
      <w:r w:rsidRPr="00477049">
        <w:rPr>
          <w:rFonts w:ascii="標楷體" w:eastAsia="標楷體" w:hAnsi="標楷體"/>
          <w:color w:val="auto"/>
          <w:sz w:val="28"/>
          <w:szCs w:val="28"/>
          <w:lang w:eastAsia="zh-TW"/>
        </w:rPr>
        <w:t>釐</w:t>
      </w:r>
      <w:proofErr w:type="gramEnd"/>
      <w:r w:rsidRPr="00477049">
        <w:rPr>
          <w:rFonts w:ascii="標楷體" w:eastAsia="標楷體" w:hAnsi="標楷體"/>
          <w:color w:val="auto"/>
          <w:sz w:val="28"/>
          <w:szCs w:val="28"/>
          <w:lang w:eastAsia="zh-TW"/>
        </w:rPr>
        <w:t>清案件相關法律責任，即使申請人已撤回申請，調查委員會得經決議，或因行為人之請求，繼續進行調查與處理。</w:t>
      </w:r>
    </w:p>
    <w:p w:rsidR="00875FAE" w:rsidRPr="00477049" w:rsidRDefault="00521EC9" w:rsidP="00D646BD">
      <w:pPr>
        <w:spacing w:after="80" w:line="440" w:lineRule="exact"/>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r w:rsidR="009F2E75">
        <w:rPr>
          <w:rFonts w:ascii="標楷體" w:eastAsia="標楷體" w:hAnsi="標楷體" w:hint="eastAsia"/>
          <w:color w:val="auto"/>
          <w:sz w:val="28"/>
          <w:szCs w:val="28"/>
          <w:lang w:eastAsia="zh-TW"/>
        </w:rPr>
        <w:t>五</w:t>
      </w:r>
      <w:r w:rsidRPr="00477049">
        <w:rPr>
          <w:rFonts w:ascii="標楷體" w:eastAsia="標楷體" w:hAnsi="標楷體"/>
          <w:color w:val="auto"/>
          <w:sz w:val="28"/>
          <w:szCs w:val="28"/>
          <w:lang w:eastAsia="zh-TW"/>
        </w:rPr>
        <w:t xml:space="preserve">) </w:t>
      </w:r>
      <w:proofErr w:type="gramStart"/>
      <w:r w:rsidRPr="00477049">
        <w:rPr>
          <w:rFonts w:ascii="標楷體" w:eastAsia="標楷體" w:hAnsi="標楷體"/>
          <w:color w:val="auto"/>
          <w:sz w:val="28"/>
          <w:szCs w:val="28"/>
          <w:lang w:eastAsia="zh-TW"/>
        </w:rPr>
        <w:t>霸凌事件</w:t>
      </w:r>
      <w:proofErr w:type="gramEnd"/>
      <w:r w:rsidRPr="00477049">
        <w:rPr>
          <w:rFonts w:ascii="標楷體" w:eastAsia="標楷體" w:hAnsi="標楷體"/>
          <w:color w:val="auto"/>
          <w:sz w:val="28"/>
          <w:szCs w:val="28"/>
          <w:lang w:eastAsia="zh-TW"/>
        </w:rPr>
        <w:t>調查輔導及轉介措施：</w:t>
      </w:r>
    </w:p>
    <w:p w:rsidR="00875FAE" w:rsidRPr="00477049" w:rsidRDefault="00521EC9" w:rsidP="0044205F">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1.</w:t>
      </w:r>
      <w:r w:rsidR="00905FC8" w:rsidRPr="00477049">
        <w:rPr>
          <w:rFonts w:ascii="標楷體" w:eastAsia="標楷體" w:hAnsi="標楷體"/>
          <w:color w:val="auto"/>
          <w:sz w:val="28"/>
          <w:szCs w:val="28"/>
          <w:lang w:eastAsia="zh-TW"/>
        </w:rPr>
        <w:t>輔導組</w:t>
      </w:r>
      <w:proofErr w:type="gramStart"/>
      <w:r w:rsidRPr="00477049">
        <w:rPr>
          <w:rFonts w:ascii="標楷體" w:eastAsia="標楷體" w:hAnsi="標楷體"/>
          <w:color w:val="auto"/>
          <w:sz w:val="28"/>
          <w:szCs w:val="28"/>
          <w:lang w:eastAsia="zh-TW"/>
        </w:rPr>
        <w:t>受理霸凌事件</w:t>
      </w:r>
      <w:proofErr w:type="gramEnd"/>
      <w:r w:rsidRPr="00477049">
        <w:rPr>
          <w:rFonts w:ascii="標楷體" w:eastAsia="標楷體" w:hAnsi="標楷體"/>
          <w:color w:val="auto"/>
          <w:sz w:val="28"/>
          <w:szCs w:val="28"/>
          <w:lang w:eastAsia="zh-TW"/>
        </w:rPr>
        <w:t>調查後，應立即</w:t>
      </w:r>
      <w:proofErr w:type="gramStart"/>
      <w:r w:rsidRPr="00477049">
        <w:rPr>
          <w:rFonts w:ascii="標楷體" w:eastAsia="標楷體" w:hAnsi="標楷體"/>
          <w:color w:val="auto"/>
          <w:sz w:val="28"/>
          <w:szCs w:val="28"/>
          <w:lang w:eastAsia="zh-TW"/>
        </w:rPr>
        <w:t>啟動霸凌輔</w:t>
      </w:r>
      <w:proofErr w:type="gramEnd"/>
      <w:r w:rsidRPr="00477049">
        <w:rPr>
          <w:rFonts w:ascii="標楷體" w:eastAsia="標楷體" w:hAnsi="標楷體"/>
          <w:color w:val="auto"/>
          <w:sz w:val="28"/>
          <w:szCs w:val="28"/>
          <w:lang w:eastAsia="zh-TW"/>
        </w:rPr>
        <w:t>導機制，提供當事人適當的心理與行為輔導。</w:t>
      </w:r>
    </w:p>
    <w:p w:rsidR="0027378E" w:rsidRDefault="00521EC9" w:rsidP="001D0FCD">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2.行為人經輔導未見改善者，應於取得行為人本人同意後，</w:t>
      </w:r>
      <w:r w:rsidR="0027378E" w:rsidRPr="0027378E">
        <w:rPr>
          <w:rFonts w:ascii="標楷體" w:eastAsia="標楷體" w:hAnsi="標楷體" w:hint="eastAsia"/>
          <w:color w:val="auto"/>
          <w:sz w:val="28"/>
          <w:szCs w:val="28"/>
          <w:lang w:eastAsia="zh-TW"/>
        </w:rPr>
        <w:t>提供或轉</w:t>
      </w:r>
      <w:proofErr w:type="gramStart"/>
      <w:r w:rsidR="0027378E" w:rsidRPr="0027378E">
        <w:rPr>
          <w:rFonts w:ascii="標楷體" w:eastAsia="標楷體" w:hAnsi="標楷體" w:hint="eastAsia"/>
          <w:color w:val="auto"/>
          <w:sz w:val="28"/>
          <w:szCs w:val="28"/>
          <w:lang w:eastAsia="zh-TW"/>
        </w:rPr>
        <w:t>介</w:t>
      </w:r>
      <w:proofErr w:type="gramEnd"/>
      <w:r w:rsidR="0027378E" w:rsidRPr="0027378E">
        <w:rPr>
          <w:rFonts w:ascii="標楷體" w:eastAsia="標楷體" w:hAnsi="標楷體" w:hint="eastAsia"/>
          <w:color w:val="auto"/>
          <w:sz w:val="28"/>
          <w:szCs w:val="28"/>
          <w:lang w:eastAsia="zh-TW"/>
        </w:rPr>
        <w:t>法律諮詢服務、醫療或心理諮商、社會福利資源及其他必要之協助或保護措施。</w:t>
      </w:r>
    </w:p>
    <w:p w:rsidR="00875FAE" w:rsidRPr="00477049" w:rsidRDefault="00521EC9" w:rsidP="001D0FCD">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 xml:space="preserve">  3.霸凌行為如涉觸法情形，應立即請求警政、社政機關（構）協助，並依相關法律規定辦理。</w:t>
      </w:r>
    </w:p>
    <w:p w:rsidR="00875FAE" w:rsidRPr="00477049" w:rsidRDefault="00521EC9" w:rsidP="00D646BD">
      <w:pPr>
        <w:spacing w:before="240" w:after="80" w:line="440" w:lineRule="exact"/>
        <w:jc w:val="both"/>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 xml:space="preserve">七、 </w:t>
      </w:r>
      <w:proofErr w:type="gramStart"/>
      <w:r w:rsidRPr="00477049">
        <w:rPr>
          <w:rFonts w:ascii="標楷體" w:eastAsia="標楷體" w:hAnsi="標楷體"/>
          <w:b/>
          <w:color w:val="auto"/>
          <w:sz w:val="28"/>
          <w:szCs w:val="28"/>
          <w:lang w:eastAsia="zh-TW"/>
        </w:rPr>
        <w:t>霸凌之申</w:t>
      </w:r>
      <w:proofErr w:type="gramEnd"/>
      <w:r w:rsidRPr="00477049">
        <w:rPr>
          <w:rFonts w:ascii="標楷體" w:eastAsia="標楷體" w:hAnsi="標楷體"/>
          <w:b/>
          <w:color w:val="auto"/>
          <w:sz w:val="28"/>
          <w:szCs w:val="28"/>
          <w:lang w:eastAsia="zh-TW"/>
        </w:rPr>
        <w:t>復及救濟程序：</w:t>
      </w:r>
    </w:p>
    <w:p w:rsidR="00875FAE" w:rsidRPr="00477049" w:rsidRDefault="00521EC9" w:rsidP="001D0FCD">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w:t>
      </w:r>
      <w:proofErr w:type="gramStart"/>
      <w:r w:rsidRPr="00477049">
        <w:rPr>
          <w:rFonts w:ascii="標楷體" w:eastAsia="標楷體" w:hAnsi="標楷體"/>
          <w:color w:val="auto"/>
          <w:sz w:val="28"/>
          <w:szCs w:val="28"/>
          <w:lang w:eastAsia="zh-TW"/>
        </w:rPr>
        <w:t>一</w:t>
      </w:r>
      <w:proofErr w:type="gramEnd"/>
      <w:r w:rsidRPr="00477049">
        <w:rPr>
          <w:rFonts w:ascii="標楷體" w:eastAsia="標楷體" w:hAnsi="標楷體"/>
          <w:color w:val="auto"/>
          <w:sz w:val="28"/>
          <w:szCs w:val="28"/>
          <w:lang w:eastAsia="zh-TW"/>
        </w:rPr>
        <w:t>)調查及處理結果以書面通知申請人及行為人時，並應載明不服處理</w:t>
      </w:r>
      <w:proofErr w:type="gramStart"/>
      <w:r w:rsidRPr="00477049">
        <w:rPr>
          <w:rFonts w:ascii="標楷體" w:eastAsia="標楷體" w:hAnsi="標楷體"/>
          <w:color w:val="auto"/>
          <w:sz w:val="28"/>
          <w:szCs w:val="28"/>
          <w:lang w:eastAsia="zh-TW"/>
        </w:rPr>
        <w:t>結果之申</w:t>
      </w:r>
      <w:proofErr w:type="gramEnd"/>
      <w:r w:rsidRPr="00477049">
        <w:rPr>
          <w:rFonts w:ascii="標楷體" w:eastAsia="標楷體" w:hAnsi="標楷體"/>
          <w:color w:val="auto"/>
          <w:sz w:val="28"/>
          <w:szCs w:val="28"/>
          <w:lang w:eastAsia="zh-TW"/>
        </w:rPr>
        <w:t>復方式及期限。</w:t>
      </w:r>
    </w:p>
    <w:p w:rsidR="00875FAE" w:rsidRPr="00477049" w:rsidRDefault="00521EC9" w:rsidP="001D0FCD">
      <w:pPr>
        <w:spacing w:after="80" w:line="440" w:lineRule="exact"/>
        <w:ind w:left="566" w:hangingChars="202" w:hanging="566"/>
        <w:jc w:val="both"/>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二)申請人或行為人如對調查及處理結果不服，得自收到書面通知之次日起二十日內，提出具明理由之書面申復(如附件四)；倘以言詞為之，應由受理單位作成紀錄，並朗讀或提供閱覽予申請人或行為人確認無誤後，由其簽名或蓋章。</w:t>
      </w:r>
    </w:p>
    <w:p w:rsidR="00875FAE" w:rsidRPr="00477049" w:rsidRDefault="00521EC9" w:rsidP="006D1FF1">
      <w:pPr>
        <w:spacing w:after="80"/>
        <w:ind w:left="566" w:hangingChars="202" w:hanging="56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(三)前項申復以一次為限。</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受理後，應交由機關首長指派成員組成之審議委員會審議，並應於三十日內作成附具理由之決定，書面通知申復人申復結果。</w:t>
      </w:r>
    </w:p>
    <w:p w:rsidR="00875FAE" w:rsidRPr="00477049" w:rsidRDefault="00521EC9">
      <w:pPr>
        <w:spacing w:before="240" w:after="80"/>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八、懲處與監督：</w:t>
      </w:r>
    </w:p>
    <w:p w:rsidR="00875FAE" w:rsidRPr="00477049" w:rsidRDefault="00521EC9" w:rsidP="006D1FF1">
      <w:pPr>
        <w:spacing w:after="80"/>
        <w:ind w:leftChars="235" w:left="564" w:firstLine="1"/>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霸凌事件經查證屬實，並依「</w:t>
      </w:r>
      <w:r w:rsidR="00DD75EB" w:rsidRPr="00477049">
        <w:rPr>
          <w:rFonts w:ascii="標楷體" w:eastAsia="標楷體" w:hAnsi="標楷體" w:hint="eastAsia"/>
          <w:color w:val="auto"/>
          <w:sz w:val="28"/>
          <w:szCs w:val="28"/>
          <w:lang w:eastAsia="zh-TW"/>
        </w:rPr>
        <w:t>學員手冊</w:t>
      </w:r>
      <w:r w:rsidRPr="00477049">
        <w:rPr>
          <w:rFonts w:ascii="標楷體" w:eastAsia="標楷體" w:hAnsi="標楷體"/>
          <w:color w:val="auto"/>
          <w:sz w:val="28"/>
          <w:szCs w:val="28"/>
          <w:lang w:eastAsia="zh-TW"/>
        </w:rPr>
        <w:t>」、「</w:t>
      </w:r>
      <w:r w:rsidR="00D3506A" w:rsidRPr="00D3506A">
        <w:rPr>
          <w:rFonts w:ascii="標楷體" w:eastAsia="標楷體" w:hAnsi="標楷體" w:hint="eastAsia"/>
          <w:color w:val="auto"/>
          <w:sz w:val="28"/>
          <w:szCs w:val="28"/>
          <w:lang w:eastAsia="zh-TW"/>
        </w:rPr>
        <w:t>行政院及所屬各機關公務人員平時考核要點</w:t>
      </w:r>
      <w:r w:rsidRPr="00477049">
        <w:rPr>
          <w:rFonts w:ascii="標楷體" w:eastAsia="標楷體" w:hAnsi="標楷體"/>
          <w:color w:val="auto"/>
          <w:sz w:val="28"/>
          <w:szCs w:val="28"/>
          <w:lang w:eastAsia="zh-TW"/>
        </w:rPr>
        <w:t>」等相關規定完成懲處後，</w:t>
      </w:r>
      <w:r w:rsidR="00122EC5" w:rsidRPr="00477049">
        <w:rPr>
          <w:rFonts w:ascii="標楷體" w:eastAsia="標楷體" w:hAnsi="標楷體"/>
          <w:color w:val="auto"/>
          <w:sz w:val="28"/>
          <w:szCs w:val="28"/>
          <w:lang w:eastAsia="zh-TW"/>
        </w:rPr>
        <w:t>本中心</w:t>
      </w:r>
      <w:r w:rsidRPr="00477049">
        <w:rPr>
          <w:rFonts w:ascii="標楷體" w:eastAsia="標楷體" w:hAnsi="標楷體"/>
          <w:color w:val="auto"/>
          <w:sz w:val="28"/>
          <w:szCs w:val="28"/>
          <w:lang w:eastAsia="zh-TW"/>
        </w:rPr>
        <w:t>應加強對行為人之行為監督，並明確告知其不得對被害人進行任何形式之報復；如經查有報復情形，將依相關規定從嚴處理。</w:t>
      </w:r>
    </w:p>
    <w:p w:rsidR="00875FAE" w:rsidRPr="00477049" w:rsidRDefault="00521EC9">
      <w:pPr>
        <w:spacing w:before="240" w:after="80"/>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九、隱私之保密：</w:t>
      </w:r>
    </w:p>
    <w:p w:rsidR="00875FAE" w:rsidRPr="00477049" w:rsidRDefault="00521EC9" w:rsidP="009171A0">
      <w:pPr>
        <w:spacing w:after="80"/>
        <w:ind w:left="566" w:hangingChars="202" w:hanging="56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lastRenderedPageBreak/>
        <w:t>(</w:t>
      </w:r>
      <w:proofErr w:type="gramStart"/>
      <w:r w:rsidRPr="00477049">
        <w:rPr>
          <w:rFonts w:ascii="標楷體" w:eastAsia="標楷體" w:hAnsi="標楷體"/>
          <w:color w:val="auto"/>
          <w:sz w:val="28"/>
          <w:szCs w:val="28"/>
          <w:lang w:eastAsia="zh-TW"/>
        </w:rPr>
        <w:t>一</w:t>
      </w:r>
      <w:proofErr w:type="gramEnd"/>
      <w:r w:rsidRPr="00477049">
        <w:rPr>
          <w:rFonts w:ascii="標楷體" w:eastAsia="標楷體" w:hAnsi="標楷體"/>
          <w:color w:val="auto"/>
          <w:sz w:val="28"/>
          <w:szCs w:val="28"/>
          <w:lang w:eastAsia="zh-TW"/>
        </w:rPr>
        <w:t>)為調查之必要，得於不違反保密義務之範圍內，製作相關書面資料，並提供與</w:t>
      </w:r>
      <w:proofErr w:type="gramStart"/>
      <w:r w:rsidRPr="00477049">
        <w:rPr>
          <w:rFonts w:ascii="標楷體" w:eastAsia="標楷體" w:hAnsi="標楷體"/>
          <w:color w:val="auto"/>
          <w:sz w:val="28"/>
          <w:szCs w:val="28"/>
          <w:lang w:eastAsia="zh-TW"/>
        </w:rPr>
        <w:t>該霸</w:t>
      </w:r>
      <w:proofErr w:type="gramEnd"/>
      <w:r w:rsidRPr="00477049">
        <w:rPr>
          <w:rFonts w:ascii="標楷體" w:eastAsia="標楷體" w:hAnsi="標楷體"/>
          <w:color w:val="auto"/>
          <w:sz w:val="28"/>
          <w:szCs w:val="28"/>
          <w:lang w:eastAsia="zh-TW"/>
        </w:rPr>
        <w:t>凌事件相關之人員閱覽或告知其要旨。</w:t>
      </w:r>
    </w:p>
    <w:p w:rsidR="00875FAE" w:rsidRPr="00477049" w:rsidRDefault="00521EC9">
      <w:pPr>
        <w:spacing w:after="80"/>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(二)凡參與</w:t>
      </w:r>
      <w:proofErr w:type="gramStart"/>
      <w:r w:rsidRPr="00477049">
        <w:rPr>
          <w:rFonts w:ascii="標楷體" w:eastAsia="標楷體" w:hAnsi="標楷體"/>
          <w:color w:val="auto"/>
          <w:sz w:val="28"/>
          <w:szCs w:val="28"/>
          <w:lang w:eastAsia="zh-TW"/>
        </w:rPr>
        <w:t>學員霸凌事件</w:t>
      </w:r>
      <w:proofErr w:type="gramEnd"/>
      <w:r w:rsidRPr="00477049">
        <w:rPr>
          <w:rFonts w:ascii="標楷體" w:eastAsia="標楷體" w:hAnsi="標楷體"/>
          <w:color w:val="auto"/>
          <w:sz w:val="28"/>
          <w:szCs w:val="28"/>
          <w:lang w:eastAsia="zh-TW"/>
        </w:rPr>
        <w:t>調查或處理之人員，皆負有保密義務。</w:t>
      </w:r>
    </w:p>
    <w:p w:rsidR="00875FAE" w:rsidRPr="00477049" w:rsidRDefault="00521EC9" w:rsidP="009171A0">
      <w:pPr>
        <w:spacing w:after="80"/>
        <w:ind w:left="566" w:hangingChars="202" w:hanging="56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(三)前項所定之保密義務人，如有洩密情事，應依《刑法》或其他相關法規處罰。</w:t>
      </w:r>
    </w:p>
    <w:p w:rsidR="00875FAE" w:rsidRPr="00477049" w:rsidRDefault="00521EC9" w:rsidP="009171A0">
      <w:pPr>
        <w:spacing w:after="80"/>
        <w:ind w:left="566" w:hangingChars="202" w:hanging="56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(四)凡記載申請人、證人及協助調查人姓名之原始文書，應列為機密文件歸檔，保存期限至少十年，並</w:t>
      </w:r>
      <w:proofErr w:type="gramStart"/>
      <w:r w:rsidRPr="00477049">
        <w:rPr>
          <w:rFonts w:ascii="標楷體" w:eastAsia="標楷體" w:hAnsi="標楷體"/>
          <w:color w:val="auto"/>
          <w:sz w:val="28"/>
          <w:szCs w:val="28"/>
          <w:lang w:eastAsia="zh-TW"/>
        </w:rPr>
        <w:t>不得供除偵查</w:t>
      </w:r>
      <w:proofErr w:type="gramEnd"/>
      <w:r w:rsidRPr="00477049">
        <w:rPr>
          <w:rFonts w:ascii="標楷體" w:eastAsia="標楷體" w:hAnsi="標楷體"/>
          <w:color w:val="auto"/>
          <w:sz w:val="28"/>
          <w:szCs w:val="28"/>
          <w:lang w:eastAsia="zh-TW"/>
        </w:rPr>
        <w:t>或審判機關以外之人閱覽或使用。但法令另有規定，或基於公共利益之必要者，不在此限。</w:t>
      </w:r>
    </w:p>
    <w:p w:rsidR="00875FAE" w:rsidRPr="00477049" w:rsidRDefault="00521EC9" w:rsidP="009171A0">
      <w:pPr>
        <w:spacing w:after="80"/>
        <w:ind w:left="566" w:hangingChars="202" w:hanging="56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(五)調查或處理人員就原始文書以外另行製作之對外文書，應將申請人、證人及協助調查人之真實姓名與其他足資辨識身分之資料進行去識別化處理，並以代號或</w:t>
      </w:r>
      <w:proofErr w:type="gramStart"/>
      <w:r w:rsidRPr="00477049">
        <w:rPr>
          <w:rFonts w:ascii="標楷體" w:eastAsia="標楷體" w:hAnsi="標楷體"/>
          <w:color w:val="auto"/>
          <w:sz w:val="28"/>
          <w:szCs w:val="28"/>
          <w:lang w:eastAsia="zh-TW"/>
        </w:rPr>
        <w:t>其他符</w:t>
      </w:r>
      <w:proofErr w:type="gramEnd"/>
      <w:r w:rsidRPr="00477049">
        <w:rPr>
          <w:rFonts w:ascii="標楷體" w:eastAsia="標楷體" w:hAnsi="標楷體"/>
          <w:color w:val="auto"/>
          <w:sz w:val="28"/>
          <w:szCs w:val="28"/>
          <w:lang w:eastAsia="zh-TW"/>
        </w:rPr>
        <w:t>碼替代。</w:t>
      </w:r>
    </w:p>
    <w:p w:rsidR="00DA5D22" w:rsidRDefault="00521EC9" w:rsidP="00396F9E">
      <w:pPr>
        <w:spacing w:before="240" w:after="80"/>
        <w:rPr>
          <w:rFonts w:ascii="標楷體" w:eastAsia="標楷體" w:hAnsi="標楷體"/>
          <w:b/>
          <w:color w:val="auto"/>
          <w:sz w:val="28"/>
          <w:szCs w:val="28"/>
          <w:lang w:eastAsia="zh-TW"/>
        </w:rPr>
      </w:pPr>
      <w:r w:rsidRPr="00477049">
        <w:rPr>
          <w:rFonts w:ascii="標楷體" w:eastAsia="標楷體" w:hAnsi="標楷體"/>
          <w:b/>
          <w:color w:val="auto"/>
          <w:sz w:val="28"/>
          <w:szCs w:val="28"/>
          <w:lang w:eastAsia="zh-TW"/>
        </w:rPr>
        <w:t>十、實施與修正：</w:t>
      </w:r>
    </w:p>
    <w:p w:rsidR="00875FAE" w:rsidRPr="00477049" w:rsidRDefault="000372B4" w:rsidP="00396F9E">
      <w:pPr>
        <w:spacing w:before="240" w:after="80"/>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本要點由中心主任核定公布後施行，修正時亦同。</w:t>
      </w:r>
      <w:r w:rsidR="00521EC9" w:rsidRPr="00477049">
        <w:rPr>
          <w:rFonts w:ascii="標楷體" w:eastAsia="標楷體" w:hAnsi="標楷體"/>
          <w:color w:val="auto"/>
          <w:sz w:val="28"/>
          <w:szCs w:val="28"/>
          <w:lang w:eastAsia="zh-TW"/>
        </w:rPr>
        <w:br w:type="page"/>
      </w:r>
      <w:r w:rsidR="00521EC9" w:rsidRPr="00477049">
        <w:rPr>
          <w:rFonts w:ascii="標楷體" w:eastAsia="標楷體" w:hAnsi="標楷體"/>
          <w:b/>
          <w:color w:val="auto"/>
          <w:sz w:val="28"/>
          <w:szCs w:val="28"/>
          <w:lang w:eastAsia="zh-TW"/>
        </w:rPr>
        <w:lastRenderedPageBreak/>
        <w:t>附件一</w:t>
      </w:r>
    </w:p>
    <w:p w:rsidR="00875FAE" w:rsidRPr="00477049" w:rsidRDefault="00927670">
      <w:pPr>
        <w:jc w:val="center"/>
        <w:rPr>
          <w:rFonts w:ascii="標楷體" w:eastAsia="標楷體" w:hAnsi="標楷體"/>
          <w:color w:val="auto"/>
          <w:sz w:val="28"/>
          <w:szCs w:val="28"/>
          <w:lang w:eastAsia="zh-TW"/>
        </w:rPr>
      </w:pPr>
      <w:r w:rsidRPr="00477049">
        <w:rPr>
          <w:rFonts w:ascii="標楷體" w:eastAsia="標楷體" w:hAnsi="標楷體" w:hint="eastAsia"/>
          <w:b/>
          <w:color w:val="auto"/>
          <w:sz w:val="28"/>
          <w:szCs w:val="28"/>
          <w:lang w:eastAsia="zh-TW"/>
        </w:rPr>
        <w:t>國軍退除役官兵輔導委員會退除役官兵職業訓練中心</w:t>
      </w:r>
      <w:r w:rsidR="00521EC9" w:rsidRPr="00477049">
        <w:rPr>
          <w:rFonts w:ascii="標楷體" w:eastAsia="標楷體" w:hAnsi="標楷體"/>
          <w:b/>
          <w:color w:val="auto"/>
          <w:sz w:val="28"/>
          <w:szCs w:val="28"/>
          <w:lang w:eastAsia="zh-TW"/>
        </w:rPr>
        <w:br/>
        <w:t>職業訓練</w:t>
      </w:r>
      <w:proofErr w:type="gramStart"/>
      <w:r w:rsidR="00521EC9" w:rsidRPr="00477049">
        <w:rPr>
          <w:rFonts w:ascii="標楷體" w:eastAsia="標楷體" w:hAnsi="標楷體"/>
          <w:b/>
          <w:color w:val="auto"/>
          <w:sz w:val="28"/>
          <w:szCs w:val="28"/>
          <w:lang w:eastAsia="zh-TW"/>
        </w:rPr>
        <w:t>學員霸凌事件</w:t>
      </w:r>
      <w:proofErr w:type="gramEnd"/>
      <w:r w:rsidR="00521EC9" w:rsidRPr="00477049">
        <w:rPr>
          <w:rFonts w:ascii="標楷體" w:eastAsia="標楷體" w:hAnsi="標楷體"/>
          <w:b/>
          <w:color w:val="auto"/>
          <w:sz w:val="28"/>
          <w:szCs w:val="28"/>
          <w:lang w:eastAsia="zh-TW"/>
        </w:rPr>
        <w:t>調查申請書</w:t>
      </w:r>
      <w:r w:rsidR="00521EC9" w:rsidRPr="00477049">
        <w:rPr>
          <w:rFonts w:ascii="標楷體" w:eastAsia="標楷體" w:hAnsi="標楷體"/>
          <w:b/>
          <w:color w:val="auto"/>
          <w:sz w:val="28"/>
          <w:szCs w:val="28"/>
          <w:lang w:eastAsia="zh-TW"/>
        </w:rPr>
        <w:br/>
      </w:r>
      <w:r w:rsidR="00521EC9" w:rsidRPr="00477049">
        <w:rPr>
          <w:rFonts w:ascii="標楷體" w:eastAsia="標楷體" w:hAnsi="標楷體"/>
          <w:color w:val="auto"/>
          <w:sz w:val="28"/>
          <w:szCs w:val="28"/>
          <w:lang w:eastAsia="zh-TW"/>
        </w:rPr>
        <w:t>申請日期：    年    月    日</w:t>
      </w:r>
    </w:p>
    <w:tbl>
      <w:tblPr>
        <w:tblStyle w:val="aff2"/>
        <w:tblW w:w="9209" w:type="dxa"/>
        <w:jc w:val="center"/>
        <w:tblLook w:val="04A0" w:firstRow="1" w:lastRow="0" w:firstColumn="1" w:lastColumn="0" w:noHBand="0" w:noVBand="1"/>
      </w:tblPr>
      <w:tblGrid>
        <w:gridCol w:w="1504"/>
        <w:gridCol w:w="1503"/>
        <w:gridCol w:w="1503"/>
        <w:gridCol w:w="1503"/>
        <w:gridCol w:w="1503"/>
        <w:gridCol w:w="1693"/>
      </w:tblGrid>
      <w:tr w:rsidR="00477049" w:rsidRPr="00477049" w:rsidTr="00254EFC">
        <w:trPr>
          <w:jc w:val="center"/>
        </w:trPr>
        <w:tc>
          <w:tcPr>
            <w:tcW w:w="9209" w:type="dxa"/>
            <w:gridSpan w:val="6"/>
            <w:tcMar>
              <w:top w:w="80" w:type="dxa"/>
              <w:left w:w="120" w:type="dxa"/>
              <w:bottom w:w="80" w:type="dxa"/>
              <w:right w:w="120" w:type="dxa"/>
            </w:tcMar>
          </w:tcPr>
          <w:p w:rsidR="00875FAE" w:rsidRPr="00477049" w:rsidRDefault="00521EC9">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1. 申請人身分別： □當事人  2. 申訴對象： □學員  □職員工</w:t>
            </w: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申請人</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姓名</w:t>
            </w:r>
            <w:proofErr w:type="spellEnd"/>
          </w:p>
        </w:tc>
        <w:tc>
          <w:tcPr>
            <w:tcW w:w="1503" w:type="dxa"/>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c>
          <w:tcPr>
            <w:tcW w:w="1503"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身分證號</w:t>
            </w:r>
          </w:p>
        </w:tc>
        <w:tc>
          <w:tcPr>
            <w:tcW w:w="1503" w:type="dxa"/>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c>
          <w:tcPr>
            <w:tcW w:w="1503"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學員</w:t>
            </w:r>
            <w:r w:rsidRPr="00477049">
              <w:rPr>
                <w:rFonts w:ascii="標楷體" w:eastAsia="標楷體" w:hAnsi="標楷體"/>
                <w:color w:val="auto"/>
                <w:sz w:val="28"/>
                <w:szCs w:val="28"/>
              </w:rPr>
              <w:br/>
              <w:t>班級</w:t>
            </w:r>
          </w:p>
        </w:tc>
        <w:tc>
          <w:tcPr>
            <w:tcW w:w="1693" w:type="dxa"/>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聯絡</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電話</w:t>
            </w:r>
            <w:proofErr w:type="spellEnd"/>
          </w:p>
        </w:tc>
        <w:tc>
          <w:tcPr>
            <w:tcW w:w="1503" w:type="dxa"/>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c>
          <w:tcPr>
            <w:tcW w:w="1503"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住址</w:t>
            </w:r>
          </w:p>
        </w:tc>
        <w:tc>
          <w:tcPr>
            <w:tcW w:w="4699" w:type="dxa"/>
            <w:gridSpan w:val="3"/>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行為人</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姓名</w:t>
            </w:r>
            <w:proofErr w:type="spellEnd"/>
          </w:p>
        </w:tc>
        <w:tc>
          <w:tcPr>
            <w:tcW w:w="3006" w:type="dxa"/>
            <w:gridSpan w:val="2"/>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c>
          <w:tcPr>
            <w:tcW w:w="1503"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行為人</w:t>
            </w:r>
            <w:r w:rsidRPr="00477049">
              <w:rPr>
                <w:rFonts w:ascii="標楷體" w:eastAsia="標楷體" w:hAnsi="標楷體"/>
                <w:color w:val="auto"/>
                <w:sz w:val="28"/>
                <w:szCs w:val="28"/>
              </w:rPr>
              <w:br/>
              <w:t>班級/職稱</w:t>
            </w:r>
          </w:p>
        </w:tc>
        <w:tc>
          <w:tcPr>
            <w:tcW w:w="3196" w:type="dxa"/>
            <w:gridSpan w:val="2"/>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霸凌</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類型</w:t>
            </w:r>
            <w:proofErr w:type="spellEnd"/>
          </w:p>
        </w:tc>
        <w:tc>
          <w:tcPr>
            <w:tcW w:w="7705" w:type="dxa"/>
            <w:gridSpan w:val="5"/>
            <w:tcMar>
              <w:top w:w="80" w:type="dxa"/>
              <w:left w:w="120" w:type="dxa"/>
              <w:bottom w:w="80" w:type="dxa"/>
              <w:right w:w="120" w:type="dxa"/>
            </w:tcMar>
          </w:tcPr>
          <w:p w:rsidR="00875FAE" w:rsidRPr="00477049" w:rsidRDefault="00521EC9">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□毆打  □勒索  □孤立、排擠  □恐嚇、威脅  □謾罵</w:t>
            </w:r>
            <w:r w:rsidRPr="00477049">
              <w:rPr>
                <w:rFonts w:ascii="標楷體" w:eastAsia="標楷體" w:hAnsi="標楷體"/>
                <w:color w:val="auto"/>
                <w:sz w:val="28"/>
                <w:szCs w:val="28"/>
                <w:lang w:eastAsia="zh-TW"/>
              </w:rPr>
              <w:br/>
              <w:t>□謠言中傷  □黑函  □辱罵  □其他：</w:t>
            </w: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內容</w:t>
            </w:r>
            <w:proofErr w:type="spellEnd"/>
          </w:p>
        </w:tc>
        <w:tc>
          <w:tcPr>
            <w:tcW w:w="7705" w:type="dxa"/>
            <w:gridSpan w:val="5"/>
            <w:tcMar>
              <w:top w:w="80" w:type="dxa"/>
              <w:left w:w="120" w:type="dxa"/>
              <w:bottom w:w="80" w:type="dxa"/>
              <w:right w:w="120" w:type="dxa"/>
            </w:tcMar>
          </w:tcPr>
          <w:p w:rsidR="00875FAE" w:rsidRPr="00477049" w:rsidRDefault="00521EC9">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1、發生日期及時間：</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2、發生地點：</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3、發生經過：</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※提供之證據：</w:t>
            </w: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申請人簽章</w:t>
            </w:r>
            <w:proofErr w:type="spellEnd"/>
          </w:p>
        </w:tc>
        <w:tc>
          <w:tcPr>
            <w:tcW w:w="7705" w:type="dxa"/>
            <w:gridSpan w:val="5"/>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rsidTr="00254EFC">
        <w:trPr>
          <w:jc w:val="center"/>
        </w:trPr>
        <w:tc>
          <w:tcPr>
            <w:tcW w:w="1504"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備註</w:t>
            </w:r>
          </w:p>
        </w:tc>
        <w:tc>
          <w:tcPr>
            <w:tcW w:w="7705" w:type="dxa"/>
            <w:gridSpan w:val="5"/>
            <w:tcMar>
              <w:top w:w="80" w:type="dxa"/>
              <w:left w:w="120" w:type="dxa"/>
              <w:bottom w:w="80" w:type="dxa"/>
              <w:right w:w="120" w:type="dxa"/>
            </w:tcMar>
          </w:tcPr>
          <w:p w:rsidR="00D12921" w:rsidRPr="00254EFC" w:rsidRDefault="00521EC9" w:rsidP="00254EFC">
            <w:pPr>
              <w:spacing w:line="100" w:lineRule="atLeast"/>
              <w:ind w:left="213" w:hangingChars="76" w:hanging="213"/>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1.</w:t>
            </w:r>
            <w:r w:rsidRPr="00254EFC">
              <w:rPr>
                <w:rFonts w:ascii="標楷體" w:eastAsia="標楷體" w:hAnsi="標楷體"/>
                <w:color w:val="auto"/>
                <w:sz w:val="28"/>
                <w:szCs w:val="28"/>
                <w:lang w:eastAsia="zh-TW"/>
              </w:rPr>
              <w:t>屬「</w:t>
            </w:r>
            <w:r w:rsidR="00673085" w:rsidRPr="00254EFC">
              <w:rPr>
                <w:rFonts w:ascii="標楷體" w:eastAsia="標楷體" w:hAnsi="標楷體" w:hint="eastAsia"/>
                <w:color w:val="auto"/>
                <w:sz w:val="28"/>
                <w:szCs w:val="28"/>
                <w:lang w:eastAsia="zh-TW"/>
              </w:rPr>
              <w:t>國軍退除役官兵輔導委員會退除役官兵職業訓練中心</w:t>
            </w:r>
            <w:r w:rsidR="00254EFC">
              <w:rPr>
                <w:rFonts w:ascii="標楷體" w:eastAsia="標楷體" w:hAnsi="標楷體" w:hint="eastAsia"/>
                <w:color w:val="auto"/>
                <w:sz w:val="28"/>
                <w:szCs w:val="28"/>
                <w:lang w:eastAsia="zh-TW"/>
              </w:rPr>
              <w:t xml:space="preserve"> </w:t>
            </w:r>
            <w:r w:rsidR="00515D2C">
              <w:rPr>
                <w:rFonts w:ascii="標楷體" w:eastAsia="標楷體" w:hAnsi="標楷體" w:hint="eastAsia"/>
                <w:color w:val="auto"/>
                <w:sz w:val="28"/>
                <w:szCs w:val="28"/>
                <w:lang w:eastAsia="zh-TW"/>
              </w:rPr>
              <w:t>職業訓練</w:t>
            </w:r>
            <w:proofErr w:type="gramStart"/>
            <w:r w:rsidR="00515D2C">
              <w:rPr>
                <w:rFonts w:ascii="標楷體" w:eastAsia="標楷體" w:hAnsi="標楷體" w:hint="eastAsia"/>
                <w:color w:val="auto"/>
                <w:sz w:val="28"/>
                <w:szCs w:val="28"/>
                <w:lang w:eastAsia="zh-TW"/>
              </w:rPr>
              <w:t>學員霸凌防治</w:t>
            </w:r>
            <w:proofErr w:type="gramEnd"/>
            <w:r w:rsidR="00515D2C">
              <w:rPr>
                <w:rFonts w:ascii="標楷體" w:eastAsia="標楷體" w:hAnsi="標楷體" w:hint="eastAsia"/>
                <w:color w:val="auto"/>
                <w:sz w:val="28"/>
                <w:szCs w:val="28"/>
                <w:lang w:eastAsia="zh-TW"/>
              </w:rPr>
              <w:t>申訴及處理要點</w:t>
            </w:r>
            <w:r w:rsidRPr="00254EFC">
              <w:rPr>
                <w:rFonts w:ascii="標楷體" w:eastAsia="標楷體" w:hAnsi="標楷體"/>
                <w:color w:val="auto"/>
                <w:sz w:val="28"/>
                <w:szCs w:val="28"/>
                <w:lang w:eastAsia="zh-TW"/>
              </w:rPr>
              <w:t>」所規定之事項。</w:t>
            </w:r>
          </w:p>
          <w:p w:rsidR="003814C3" w:rsidRDefault="00521EC9" w:rsidP="00D12921">
            <w:pPr>
              <w:spacing w:line="100" w:lineRule="atLeast"/>
              <w:ind w:left="216" w:hangingChars="77" w:hanging="21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2.填具真實姓名。</w:t>
            </w:r>
          </w:p>
          <w:p w:rsidR="00875FAE" w:rsidRPr="003814C3" w:rsidRDefault="00521EC9" w:rsidP="00D12921">
            <w:pPr>
              <w:spacing w:line="100" w:lineRule="atLeast"/>
              <w:ind w:left="216" w:hangingChars="77" w:hanging="216"/>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3.</w:t>
            </w:r>
            <w:proofErr w:type="gramStart"/>
            <w:r w:rsidRPr="00477049">
              <w:rPr>
                <w:rFonts w:ascii="標楷體" w:eastAsia="標楷體" w:hAnsi="標楷體"/>
                <w:color w:val="auto"/>
                <w:sz w:val="28"/>
                <w:szCs w:val="28"/>
                <w:lang w:eastAsia="zh-TW"/>
              </w:rPr>
              <w:t>若霸凌</w:t>
            </w:r>
            <w:proofErr w:type="gramEnd"/>
            <w:r w:rsidRPr="00477049">
              <w:rPr>
                <w:rFonts w:ascii="標楷體" w:eastAsia="標楷體" w:hAnsi="標楷體"/>
                <w:color w:val="auto"/>
                <w:sz w:val="28"/>
                <w:szCs w:val="28"/>
                <w:lang w:eastAsia="zh-TW"/>
              </w:rPr>
              <w:t>調查結果為「不成立」，相對人可依法提告或請求賠償。</w:t>
            </w:r>
          </w:p>
        </w:tc>
      </w:tr>
    </w:tbl>
    <w:p w:rsidR="00875FAE" w:rsidRPr="00477049" w:rsidRDefault="00521EC9" w:rsidP="00D12921">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br w:type="page"/>
      </w:r>
      <w:r w:rsidRPr="00477049">
        <w:rPr>
          <w:rFonts w:ascii="標楷體" w:eastAsia="標楷體" w:hAnsi="標楷體"/>
          <w:b/>
          <w:color w:val="auto"/>
          <w:sz w:val="28"/>
          <w:szCs w:val="28"/>
          <w:lang w:eastAsia="zh-TW"/>
        </w:rPr>
        <w:lastRenderedPageBreak/>
        <w:t>附件二</w:t>
      </w:r>
    </w:p>
    <w:p w:rsidR="00875FAE" w:rsidRPr="00477049" w:rsidRDefault="00521EC9">
      <w:pPr>
        <w:spacing w:after="360"/>
        <w:jc w:val="center"/>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委任書</w:t>
      </w:r>
    </w:p>
    <w:p w:rsidR="00875FAE" w:rsidRPr="00477049" w:rsidRDefault="00521EC9">
      <w:pPr>
        <w:spacing w:after="480" w:line="360" w:lineRule="auto"/>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茲委任 ____________ 為代理人，就委任人因職業訓練</w:t>
      </w:r>
      <w:proofErr w:type="gramStart"/>
      <w:r w:rsidRPr="00477049">
        <w:rPr>
          <w:rFonts w:ascii="標楷體" w:eastAsia="標楷體" w:hAnsi="標楷體"/>
          <w:color w:val="auto"/>
          <w:sz w:val="28"/>
          <w:szCs w:val="28"/>
          <w:lang w:eastAsia="zh-TW"/>
        </w:rPr>
        <w:t>學員霸凌事件</w:t>
      </w:r>
      <w:proofErr w:type="gramEnd"/>
      <w:r w:rsidRPr="00477049">
        <w:rPr>
          <w:rFonts w:ascii="標楷體" w:eastAsia="標楷體" w:hAnsi="標楷體"/>
          <w:color w:val="auto"/>
          <w:sz w:val="28"/>
          <w:szCs w:val="28"/>
          <w:lang w:eastAsia="zh-TW"/>
        </w:rPr>
        <w:t>提起申請調查事宜，授權其行使一切申請相關權限，並特別授予撤回申請調查之權限。</w:t>
      </w:r>
      <w:proofErr w:type="gramStart"/>
      <w:r w:rsidRPr="00477049">
        <w:rPr>
          <w:rFonts w:ascii="標楷體" w:eastAsia="標楷體" w:hAnsi="標楷體"/>
          <w:color w:val="auto"/>
          <w:sz w:val="28"/>
          <w:szCs w:val="28"/>
          <w:lang w:eastAsia="zh-TW"/>
        </w:rPr>
        <w:t>爰</w:t>
      </w:r>
      <w:proofErr w:type="gramEnd"/>
      <w:r w:rsidRPr="00477049">
        <w:rPr>
          <w:rFonts w:ascii="標楷體" w:eastAsia="標楷體" w:hAnsi="標楷體"/>
          <w:color w:val="auto"/>
          <w:sz w:val="28"/>
          <w:szCs w:val="28"/>
          <w:lang w:eastAsia="zh-TW"/>
        </w:rPr>
        <w:t>依法提出本件委任書。</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此致</w:t>
      </w:r>
      <w:r w:rsidRPr="00477049">
        <w:rPr>
          <w:rFonts w:ascii="標楷體" w:eastAsia="標楷體" w:hAnsi="標楷體"/>
          <w:color w:val="auto"/>
          <w:sz w:val="28"/>
          <w:szCs w:val="28"/>
          <w:lang w:eastAsia="zh-TW"/>
        </w:rPr>
        <w:br/>
      </w:r>
      <w:r w:rsidR="00A85396" w:rsidRPr="00477049">
        <w:rPr>
          <w:rFonts w:ascii="標楷體" w:eastAsia="標楷體" w:hAnsi="標楷體" w:hint="eastAsia"/>
          <w:color w:val="auto"/>
          <w:sz w:val="28"/>
          <w:szCs w:val="28"/>
          <w:lang w:eastAsia="zh-TW"/>
        </w:rPr>
        <w:t>國軍退除役官兵輔導委員會退除役官兵職業訓練中心</w:t>
      </w:r>
    </w:p>
    <w:tbl>
      <w:tblPr>
        <w:tblStyle w:val="aff2"/>
        <w:tblW w:w="0" w:type="auto"/>
        <w:jc w:val="center"/>
        <w:tblLook w:val="04A0" w:firstRow="1" w:lastRow="0" w:firstColumn="1" w:lastColumn="0" w:noHBand="0" w:noVBand="1"/>
      </w:tblPr>
      <w:tblGrid>
        <w:gridCol w:w="4510"/>
        <w:gridCol w:w="4509"/>
      </w:tblGrid>
      <w:tr w:rsidR="00477049" w:rsidRPr="00477049">
        <w:trPr>
          <w:jc w:val="center"/>
        </w:trPr>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委任人</w:t>
            </w:r>
            <w:proofErr w:type="spellEnd"/>
            <w:r w:rsidRPr="00477049">
              <w:rPr>
                <w:rFonts w:ascii="標楷體" w:eastAsia="標楷體" w:hAnsi="標楷體"/>
                <w:color w:val="auto"/>
                <w:sz w:val="28"/>
                <w:szCs w:val="28"/>
              </w:rPr>
              <w:t>：</w:t>
            </w:r>
          </w:p>
        </w:tc>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簽章：</w:t>
            </w:r>
          </w:p>
        </w:tc>
      </w:tr>
      <w:tr w:rsidR="00477049" w:rsidRPr="00477049">
        <w:trPr>
          <w:jc w:val="center"/>
        </w:trPr>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委任人身分證字號</w:t>
            </w:r>
            <w:proofErr w:type="spellEnd"/>
            <w:r w:rsidRPr="00477049">
              <w:rPr>
                <w:rFonts w:ascii="標楷體" w:eastAsia="標楷體" w:hAnsi="標楷體"/>
                <w:color w:val="auto"/>
                <w:sz w:val="28"/>
                <w:szCs w:val="28"/>
              </w:rPr>
              <w:t>：</w:t>
            </w:r>
          </w:p>
        </w:tc>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委任人聯絡電話：</w:t>
            </w:r>
          </w:p>
        </w:tc>
      </w:tr>
      <w:tr w:rsidR="00477049" w:rsidRPr="00477049">
        <w:trPr>
          <w:jc w:val="center"/>
        </w:trPr>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受任人</w:t>
            </w:r>
            <w:proofErr w:type="spellEnd"/>
            <w:r w:rsidRPr="00477049">
              <w:rPr>
                <w:rFonts w:ascii="標楷體" w:eastAsia="標楷體" w:hAnsi="標楷體"/>
                <w:color w:val="auto"/>
                <w:sz w:val="28"/>
                <w:szCs w:val="28"/>
              </w:rPr>
              <w:t>：</w:t>
            </w:r>
          </w:p>
        </w:tc>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簽章：</w:t>
            </w:r>
          </w:p>
        </w:tc>
      </w:tr>
      <w:tr w:rsidR="00477049" w:rsidRPr="00477049">
        <w:trPr>
          <w:jc w:val="center"/>
        </w:trPr>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受任人身分證字號</w:t>
            </w:r>
            <w:proofErr w:type="spellEnd"/>
            <w:r w:rsidRPr="00477049">
              <w:rPr>
                <w:rFonts w:ascii="標楷體" w:eastAsia="標楷體" w:hAnsi="標楷體"/>
                <w:color w:val="auto"/>
                <w:sz w:val="28"/>
                <w:szCs w:val="28"/>
              </w:rPr>
              <w:t>：</w:t>
            </w:r>
          </w:p>
        </w:tc>
        <w:tc>
          <w:tcPr>
            <w:tcW w:w="4514" w:type="dxa"/>
            <w:tcMar>
              <w:top w:w="100" w:type="dxa"/>
              <w:left w:w="150" w:type="dxa"/>
              <w:bottom w:w="100" w:type="dxa"/>
              <w:right w:w="15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受任人聯絡電話：</w:t>
            </w:r>
          </w:p>
        </w:tc>
      </w:tr>
    </w:tbl>
    <w:p w:rsidR="00875FAE" w:rsidRPr="00477049" w:rsidRDefault="00521EC9">
      <w:pPr>
        <w:spacing w:before="480"/>
        <w:jc w:val="right"/>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中華民國       年       月       日</w:t>
      </w:r>
    </w:p>
    <w:p w:rsidR="00875FAE" w:rsidRPr="00477049" w:rsidRDefault="00521EC9">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br w:type="page"/>
      </w:r>
    </w:p>
    <w:p w:rsidR="00875FAE" w:rsidRPr="00477049" w:rsidRDefault="00521EC9" w:rsidP="00EC22DC">
      <w:pPr>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lastRenderedPageBreak/>
        <w:t>附件</w:t>
      </w:r>
      <w:proofErr w:type="gramStart"/>
      <w:r w:rsidRPr="00477049">
        <w:rPr>
          <w:rFonts w:ascii="標楷體" w:eastAsia="標楷體" w:hAnsi="標楷體"/>
          <w:b/>
          <w:color w:val="auto"/>
          <w:sz w:val="28"/>
          <w:szCs w:val="28"/>
          <w:lang w:eastAsia="zh-TW"/>
        </w:rPr>
        <w:t>三</w:t>
      </w:r>
      <w:proofErr w:type="gramEnd"/>
    </w:p>
    <w:p w:rsidR="00875FAE" w:rsidRPr="00477049" w:rsidRDefault="00A85396">
      <w:pPr>
        <w:jc w:val="center"/>
        <w:rPr>
          <w:rFonts w:ascii="標楷體" w:eastAsia="標楷體" w:hAnsi="標楷體"/>
          <w:color w:val="auto"/>
          <w:sz w:val="28"/>
          <w:szCs w:val="28"/>
          <w:lang w:eastAsia="zh-TW"/>
        </w:rPr>
      </w:pPr>
      <w:r w:rsidRPr="00477049">
        <w:rPr>
          <w:rFonts w:ascii="標楷體" w:eastAsia="標楷體" w:hAnsi="標楷體" w:hint="eastAsia"/>
          <w:b/>
          <w:color w:val="auto"/>
          <w:sz w:val="28"/>
          <w:szCs w:val="28"/>
          <w:lang w:eastAsia="zh-TW"/>
        </w:rPr>
        <w:t>國軍退除役官兵輔導委員會退除役官兵職業訓練中心</w:t>
      </w:r>
      <w:r w:rsidR="00521EC9" w:rsidRPr="00477049">
        <w:rPr>
          <w:rFonts w:ascii="標楷體" w:eastAsia="標楷體" w:hAnsi="標楷體"/>
          <w:b/>
          <w:color w:val="auto"/>
          <w:sz w:val="28"/>
          <w:szCs w:val="28"/>
          <w:lang w:eastAsia="zh-TW"/>
        </w:rPr>
        <w:br/>
        <w:t>職業訓練</w:t>
      </w:r>
      <w:proofErr w:type="gramStart"/>
      <w:r w:rsidR="00521EC9" w:rsidRPr="00477049">
        <w:rPr>
          <w:rFonts w:ascii="標楷體" w:eastAsia="標楷體" w:hAnsi="標楷體"/>
          <w:b/>
          <w:color w:val="auto"/>
          <w:sz w:val="28"/>
          <w:szCs w:val="28"/>
          <w:lang w:eastAsia="zh-TW"/>
        </w:rPr>
        <w:t>學員霸凌事件</w:t>
      </w:r>
      <w:proofErr w:type="gramEnd"/>
      <w:r w:rsidR="00521EC9" w:rsidRPr="00477049">
        <w:rPr>
          <w:rFonts w:ascii="標楷體" w:eastAsia="標楷體" w:hAnsi="標楷體"/>
          <w:b/>
          <w:color w:val="auto"/>
          <w:sz w:val="28"/>
          <w:szCs w:val="28"/>
          <w:lang w:eastAsia="zh-TW"/>
        </w:rPr>
        <w:t>調查撤回申請書</w:t>
      </w:r>
      <w:r w:rsidR="00521EC9" w:rsidRPr="00477049">
        <w:rPr>
          <w:rFonts w:ascii="標楷體" w:eastAsia="標楷體" w:hAnsi="標楷體"/>
          <w:b/>
          <w:color w:val="auto"/>
          <w:sz w:val="28"/>
          <w:szCs w:val="28"/>
          <w:lang w:eastAsia="zh-TW"/>
        </w:rPr>
        <w:br/>
      </w:r>
      <w:r w:rsidR="00521EC9" w:rsidRPr="00477049">
        <w:rPr>
          <w:rFonts w:ascii="標楷體" w:eastAsia="標楷體" w:hAnsi="標楷體"/>
          <w:color w:val="auto"/>
          <w:sz w:val="28"/>
          <w:szCs w:val="28"/>
          <w:lang w:eastAsia="zh-TW"/>
        </w:rPr>
        <w:t>申請日期：    年    月    日</w:t>
      </w:r>
    </w:p>
    <w:tbl>
      <w:tblPr>
        <w:tblStyle w:val="aff2"/>
        <w:tblW w:w="0" w:type="auto"/>
        <w:jc w:val="center"/>
        <w:tblLook w:val="04A0" w:firstRow="1" w:lastRow="0" w:firstColumn="1" w:lastColumn="0" w:noHBand="0" w:noVBand="1"/>
      </w:tblPr>
      <w:tblGrid>
        <w:gridCol w:w="1504"/>
        <w:gridCol w:w="1503"/>
        <w:gridCol w:w="1503"/>
        <w:gridCol w:w="1503"/>
        <w:gridCol w:w="1503"/>
        <w:gridCol w:w="1503"/>
      </w:tblGrid>
      <w:tr w:rsidR="00477049" w:rsidRPr="00477049" w:rsidTr="00073860">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撤回</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申請人</w:t>
            </w:r>
            <w:proofErr w:type="spellEnd"/>
          </w:p>
        </w:tc>
        <w:tc>
          <w:tcPr>
            <w:tcW w:w="1505" w:type="dxa"/>
            <w:tcMar>
              <w:top w:w="80" w:type="dxa"/>
              <w:left w:w="120" w:type="dxa"/>
              <w:bottom w:w="80" w:type="dxa"/>
              <w:right w:w="120" w:type="dxa"/>
            </w:tcMar>
            <w:vAlign w:val="center"/>
          </w:tcPr>
          <w:p w:rsidR="00875FAE" w:rsidRPr="00477049" w:rsidRDefault="00521EC9" w:rsidP="00073860">
            <w:pPr>
              <w:jc w:val="center"/>
              <w:rPr>
                <w:rFonts w:ascii="標楷體" w:eastAsia="標楷體" w:hAnsi="標楷體"/>
                <w:color w:val="auto"/>
                <w:sz w:val="28"/>
                <w:szCs w:val="28"/>
              </w:rPr>
            </w:pPr>
            <w:r w:rsidRPr="00477049">
              <w:rPr>
                <w:rFonts w:ascii="標楷體" w:eastAsia="標楷體" w:hAnsi="標楷體"/>
                <w:color w:val="auto"/>
                <w:sz w:val="28"/>
                <w:szCs w:val="28"/>
              </w:rPr>
              <w:t>姓名</w:t>
            </w:r>
          </w:p>
        </w:tc>
        <w:tc>
          <w:tcPr>
            <w:tcW w:w="1505" w:type="dxa"/>
            <w:tcMar>
              <w:top w:w="80" w:type="dxa"/>
              <w:left w:w="120" w:type="dxa"/>
              <w:bottom w:w="80" w:type="dxa"/>
              <w:right w:w="120" w:type="dxa"/>
            </w:tcMar>
            <w:vAlign w:val="center"/>
          </w:tcPr>
          <w:p w:rsidR="00875FAE" w:rsidRPr="00477049" w:rsidRDefault="00875FAE" w:rsidP="00073860">
            <w:pPr>
              <w:jc w:val="center"/>
              <w:rPr>
                <w:rFonts w:ascii="標楷體" w:eastAsia="標楷體" w:hAnsi="標楷體"/>
                <w:color w:val="auto"/>
                <w:sz w:val="28"/>
                <w:szCs w:val="28"/>
              </w:rPr>
            </w:pPr>
          </w:p>
        </w:tc>
        <w:tc>
          <w:tcPr>
            <w:tcW w:w="1505" w:type="dxa"/>
            <w:tcMar>
              <w:top w:w="80" w:type="dxa"/>
              <w:left w:w="120" w:type="dxa"/>
              <w:bottom w:w="80" w:type="dxa"/>
              <w:right w:w="120" w:type="dxa"/>
            </w:tcMar>
            <w:vAlign w:val="center"/>
          </w:tcPr>
          <w:p w:rsidR="00875FAE" w:rsidRPr="00477049" w:rsidRDefault="00521EC9" w:rsidP="00073860">
            <w:pPr>
              <w:jc w:val="center"/>
              <w:rPr>
                <w:rFonts w:ascii="標楷體" w:eastAsia="標楷體" w:hAnsi="標楷體"/>
                <w:color w:val="auto"/>
                <w:sz w:val="28"/>
                <w:szCs w:val="28"/>
              </w:rPr>
            </w:pPr>
            <w:r w:rsidRPr="00477049">
              <w:rPr>
                <w:rFonts w:ascii="標楷體" w:eastAsia="標楷體" w:hAnsi="標楷體"/>
                <w:color w:val="auto"/>
                <w:sz w:val="28"/>
                <w:szCs w:val="28"/>
              </w:rPr>
              <w:t>身分證號</w:t>
            </w:r>
          </w:p>
        </w:tc>
        <w:tc>
          <w:tcPr>
            <w:tcW w:w="1505" w:type="dxa"/>
            <w:tcMar>
              <w:top w:w="80" w:type="dxa"/>
              <w:left w:w="120" w:type="dxa"/>
              <w:bottom w:w="80" w:type="dxa"/>
              <w:right w:w="120" w:type="dxa"/>
            </w:tcMar>
            <w:vAlign w:val="cente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t>學員班級</w:t>
            </w:r>
          </w:p>
        </w:tc>
        <w:tc>
          <w:tcPr>
            <w:tcW w:w="1505" w:type="dxa"/>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rsidTr="00073860">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聯絡電話</w:t>
            </w:r>
            <w:proofErr w:type="spellEnd"/>
          </w:p>
        </w:tc>
        <w:tc>
          <w:tcPr>
            <w:tcW w:w="3010" w:type="dxa"/>
            <w:gridSpan w:val="2"/>
            <w:tcMar>
              <w:top w:w="80" w:type="dxa"/>
              <w:left w:w="120" w:type="dxa"/>
              <w:bottom w:w="80" w:type="dxa"/>
              <w:right w:w="120" w:type="dxa"/>
            </w:tcMar>
            <w:vAlign w:val="center"/>
          </w:tcPr>
          <w:p w:rsidR="00875FAE" w:rsidRPr="00477049" w:rsidRDefault="00875FAE" w:rsidP="00073860">
            <w:pPr>
              <w:jc w:val="center"/>
              <w:rPr>
                <w:rFonts w:ascii="標楷體" w:eastAsia="標楷體" w:hAnsi="標楷體"/>
                <w:color w:val="auto"/>
                <w:sz w:val="28"/>
                <w:szCs w:val="28"/>
              </w:rPr>
            </w:pPr>
          </w:p>
        </w:tc>
        <w:tc>
          <w:tcPr>
            <w:tcW w:w="1505" w:type="dxa"/>
            <w:tcMar>
              <w:top w:w="80" w:type="dxa"/>
              <w:left w:w="120" w:type="dxa"/>
              <w:bottom w:w="80" w:type="dxa"/>
              <w:right w:w="120" w:type="dxa"/>
            </w:tcMar>
            <w:vAlign w:val="center"/>
          </w:tcPr>
          <w:p w:rsidR="00875FAE" w:rsidRPr="00477049" w:rsidRDefault="00521EC9" w:rsidP="00073860">
            <w:pPr>
              <w:jc w:val="center"/>
              <w:rPr>
                <w:rFonts w:ascii="標楷體" w:eastAsia="標楷體" w:hAnsi="標楷體"/>
                <w:color w:val="auto"/>
                <w:sz w:val="28"/>
                <w:szCs w:val="28"/>
              </w:rPr>
            </w:pPr>
            <w:r w:rsidRPr="00477049">
              <w:rPr>
                <w:rFonts w:ascii="標楷體" w:eastAsia="標楷體" w:hAnsi="標楷體"/>
                <w:color w:val="auto"/>
                <w:sz w:val="28"/>
                <w:szCs w:val="28"/>
              </w:rPr>
              <w:t>住址</w:t>
            </w:r>
          </w:p>
        </w:tc>
        <w:tc>
          <w:tcPr>
            <w:tcW w:w="3010" w:type="dxa"/>
            <w:gridSpan w:val="2"/>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rsidTr="00073860">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代理人</w:t>
            </w:r>
            <w:proofErr w:type="spellEnd"/>
            <w:r w:rsidRPr="00477049">
              <w:rPr>
                <w:rFonts w:ascii="標楷體" w:eastAsia="標楷體" w:hAnsi="標楷體"/>
                <w:color w:val="auto"/>
                <w:sz w:val="28"/>
                <w:szCs w:val="28"/>
              </w:rPr>
              <w:br/>
              <w:t>(</w:t>
            </w:r>
            <w:proofErr w:type="spellStart"/>
            <w:r w:rsidRPr="00477049">
              <w:rPr>
                <w:rFonts w:ascii="標楷體" w:eastAsia="標楷體" w:hAnsi="標楷體"/>
                <w:color w:val="auto"/>
                <w:sz w:val="28"/>
                <w:szCs w:val="28"/>
              </w:rPr>
              <w:t>應附具委任書</w:t>
            </w:r>
            <w:proofErr w:type="spellEnd"/>
            <w:r w:rsidRPr="00477049">
              <w:rPr>
                <w:rFonts w:ascii="標楷體" w:eastAsia="標楷體" w:hAnsi="標楷體"/>
                <w:color w:val="auto"/>
                <w:sz w:val="28"/>
                <w:szCs w:val="28"/>
              </w:rPr>
              <w:t>)</w:t>
            </w:r>
          </w:p>
        </w:tc>
        <w:tc>
          <w:tcPr>
            <w:tcW w:w="1505" w:type="dxa"/>
            <w:tcMar>
              <w:top w:w="80" w:type="dxa"/>
              <w:left w:w="120" w:type="dxa"/>
              <w:bottom w:w="80" w:type="dxa"/>
              <w:right w:w="120" w:type="dxa"/>
            </w:tcMar>
            <w:vAlign w:val="center"/>
          </w:tcPr>
          <w:p w:rsidR="00875FAE" w:rsidRPr="00477049" w:rsidRDefault="00521EC9" w:rsidP="00073860">
            <w:pPr>
              <w:jc w:val="center"/>
              <w:rPr>
                <w:rFonts w:ascii="標楷體" w:eastAsia="標楷體" w:hAnsi="標楷體"/>
                <w:color w:val="auto"/>
                <w:sz w:val="28"/>
                <w:szCs w:val="28"/>
              </w:rPr>
            </w:pPr>
            <w:r w:rsidRPr="00477049">
              <w:rPr>
                <w:rFonts w:ascii="標楷體" w:eastAsia="標楷體" w:hAnsi="標楷體"/>
                <w:color w:val="auto"/>
                <w:sz w:val="28"/>
                <w:szCs w:val="28"/>
              </w:rPr>
              <w:t>姓名</w:t>
            </w:r>
          </w:p>
        </w:tc>
        <w:tc>
          <w:tcPr>
            <w:tcW w:w="1505" w:type="dxa"/>
            <w:tcMar>
              <w:top w:w="80" w:type="dxa"/>
              <w:left w:w="120" w:type="dxa"/>
              <w:bottom w:w="80" w:type="dxa"/>
              <w:right w:w="120" w:type="dxa"/>
            </w:tcMar>
            <w:vAlign w:val="center"/>
          </w:tcPr>
          <w:p w:rsidR="00875FAE" w:rsidRPr="00477049" w:rsidRDefault="00875FAE" w:rsidP="00073860">
            <w:pPr>
              <w:jc w:val="center"/>
              <w:rPr>
                <w:rFonts w:ascii="標楷體" w:eastAsia="標楷體" w:hAnsi="標楷體"/>
                <w:color w:val="auto"/>
                <w:sz w:val="28"/>
                <w:szCs w:val="28"/>
              </w:rPr>
            </w:pPr>
          </w:p>
        </w:tc>
        <w:tc>
          <w:tcPr>
            <w:tcW w:w="1505" w:type="dxa"/>
            <w:tcMar>
              <w:top w:w="80" w:type="dxa"/>
              <w:left w:w="120" w:type="dxa"/>
              <w:bottom w:w="80" w:type="dxa"/>
              <w:right w:w="120" w:type="dxa"/>
            </w:tcMar>
            <w:vAlign w:val="center"/>
          </w:tcPr>
          <w:p w:rsidR="00875FAE" w:rsidRPr="00477049" w:rsidRDefault="00521EC9" w:rsidP="00073860">
            <w:pPr>
              <w:jc w:val="center"/>
              <w:rPr>
                <w:rFonts w:ascii="標楷體" w:eastAsia="標楷體" w:hAnsi="標楷體"/>
                <w:color w:val="auto"/>
                <w:sz w:val="28"/>
                <w:szCs w:val="28"/>
              </w:rPr>
            </w:pPr>
            <w:r w:rsidRPr="00477049">
              <w:rPr>
                <w:rFonts w:ascii="標楷體" w:eastAsia="標楷體" w:hAnsi="標楷體"/>
                <w:color w:val="auto"/>
                <w:sz w:val="28"/>
                <w:szCs w:val="28"/>
              </w:rPr>
              <w:t>身分證號</w:t>
            </w:r>
          </w:p>
        </w:tc>
        <w:tc>
          <w:tcPr>
            <w:tcW w:w="3010" w:type="dxa"/>
            <w:gridSpan w:val="2"/>
            <w:tcMar>
              <w:top w:w="80" w:type="dxa"/>
              <w:left w:w="120" w:type="dxa"/>
              <w:bottom w:w="80" w:type="dxa"/>
              <w:right w:w="120" w:type="dxa"/>
            </w:tcMar>
          </w:tcPr>
          <w:p w:rsidR="00875FAE" w:rsidRPr="00477049" w:rsidRDefault="00875FAE">
            <w:pPr>
              <w:rPr>
                <w:rFonts w:ascii="標楷體" w:eastAsia="標楷體" w:hAnsi="標楷體"/>
                <w:color w:val="auto"/>
                <w:sz w:val="28"/>
                <w:szCs w:val="28"/>
              </w:rPr>
            </w:pPr>
          </w:p>
        </w:tc>
      </w:tr>
      <w:tr w:rsidR="00477049" w:rsidRPr="00477049">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撤回原因</w:t>
            </w:r>
            <w:proofErr w:type="spellEnd"/>
          </w:p>
        </w:tc>
        <w:tc>
          <w:tcPr>
            <w:tcW w:w="7525" w:type="dxa"/>
            <w:gridSpan w:val="5"/>
            <w:tcMar>
              <w:top w:w="80" w:type="dxa"/>
              <w:left w:w="120" w:type="dxa"/>
              <w:bottom w:w="80" w:type="dxa"/>
              <w:right w:w="120" w:type="dxa"/>
            </w:tcMar>
          </w:tcPr>
          <w:p w:rsidR="00875FAE" w:rsidRPr="00477049" w:rsidRDefault="00521EC9">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本人決定撤回先前所提之職業訓練</w:t>
            </w:r>
            <w:proofErr w:type="gramStart"/>
            <w:r w:rsidRPr="00477049">
              <w:rPr>
                <w:rFonts w:ascii="標楷體" w:eastAsia="標楷體" w:hAnsi="標楷體"/>
                <w:color w:val="auto"/>
                <w:sz w:val="28"/>
                <w:szCs w:val="28"/>
                <w:lang w:eastAsia="zh-TW"/>
              </w:rPr>
              <w:t>學員霸凌調查</w:t>
            </w:r>
            <w:proofErr w:type="gramEnd"/>
            <w:r w:rsidRPr="00477049">
              <w:rPr>
                <w:rFonts w:ascii="標楷體" w:eastAsia="標楷體" w:hAnsi="標楷體"/>
                <w:color w:val="auto"/>
                <w:sz w:val="28"/>
                <w:szCs w:val="28"/>
                <w:lang w:eastAsia="zh-TW"/>
              </w:rPr>
              <w:t>申請案件，並已充分了解撤回申請後所產生之相關法律及程序效果。請相關單位即日起終止本案所有調查行動，特此聲明。</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申請人：                    （簽章）</w:t>
            </w:r>
            <w:r w:rsidRPr="00477049">
              <w:rPr>
                <w:rFonts w:ascii="標楷體" w:eastAsia="標楷體" w:hAnsi="標楷體"/>
                <w:color w:val="auto"/>
                <w:sz w:val="28"/>
                <w:szCs w:val="28"/>
                <w:lang w:eastAsia="zh-TW"/>
              </w:rPr>
              <w:br/>
              <w:t>代理人：                    （簽章）</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附件名稱：(如相關證明文件、代理人委任書正本)</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中  華  民  國      年      月      日</w:t>
            </w:r>
          </w:p>
        </w:tc>
      </w:tr>
      <w:tr w:rsidR="00477049" w:rsidRPr="00477049">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備註</w:t>
            </w:r>
            <w:proofErr w:type="spellEnd"/>
          </w:p>
        </w:tc>
        <w:tc>
          <w:tcPr>
            <w:tcW w:w="7525" w:type="dxa"/>
            <w:gridSpan w:val="5"/>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lang w:eastAsia="zh-TW"/>
              </w:rPr>
              <w:t>1. 本撤回申請書於送達</w:t>
            </w:r>
            <w:proofErr w:type="gramStart"/>
            <w:r w:rsidRPr="00477049">
              <w:rPr>
                <w:rFonts w:ascii="標楷體" w:eastAsia="標楷體" w:hAnsi="標楷體"/>
                <w:color w:val="auto"/>
                <w:sz w:val="28"/>
                <w:szCs w:val="28"/>
                <w:lang w:eastAsia="zh-TW"/>
              </w:rPr>
              <w:t>學員霸凌防治</w:t>
            </w:r>
            <w:proofErr w:type="gramEnd"/>
            <w:r w:rsidRPr="00477049">
              <w:rPr>
                <w:rFonts w:ascii="標楷體" w:eastAsia="標楷體" w:hAnsi="標楷體"/>
                <w:color w:val="auto"/>
                <w:sz w:val="28"/>
                <w:szCs w:val="28"/>
                <w:lang w:eastAsia="zh-TW"/>
              </w:rPr>
              <w:t>調查委員會即予結案，並不得就同一事件再行提出申訴。</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rPr>
              <w:t xml:space="preserve">2. </w:t>
            </w:r>
            <w:proofErr w:type="spellStart"/>
            <w:r w:rsidRPr="00477049">
              <w:rPr>
                <w:rFonts w:ascii="標楷體" w:eastAsia="標楷體" w:hAnsi="標楷體"/>
                <w:color w:val="auto"/>
                <w:sz w:val="28"/>
                <w:szCs w:val="28"/>
              </w:rPr>
              <w:t>本案係保密案件</w:t>
            </w:r>
            <w:proofErr w:type="spellEnd"/>
            <w:r w:rsidRPr="00477049">
              <w:rPr>
                <w:rFonts w:ascii="標楷體" w:eastAsia="標楷體" w:hAnsi="標楷體"/>
                <w:color w:val="auto"/>
                <w:sz w:val="28"/>
                <w:szCs w:val="28"/>
              </w:rPr>
              <w:t>。</w:t>
            </w:r>
          </w:p>
        </w:tc>
      </w:tr>
    </w:tbl>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rPr>
        <w:br w:type="page"/>
      </w:r>
    </w:p>
    <w:p w:rsidR="00875FAE" w:rsidRPr="00477049" w:rsidRDefault="00521EC9" w:rsidP="00994ECE">
      <w:pPr>
        <w:rPr>
          <w:rFonts w:ascii="標楷體" w:eastAsia="標楷體" w:hAnsi="標楷體"/>
          <w:color w:val="auto"/>
          <w:sz w:val="28"/>
          <w:szCs w:val="28"/>
        </w:rPr>
      </w:pPr>
      <w:r w:rsidRPr="00477049">
        <w:rPr>
          <w:rFonts w:ascii="標楷體" w:eastAsia="標楷體" w:hAnsi="標楷體"/>
          <w:b/>
          <w:color w:val="auto"/>
          <w:sz w:val="28"/>
          <w:szCs w:val="28"/>
        </w:rPr>
        <w:lastRenderedPageBreak/>
        <w:t>附件四</w:t>
      </w:r>
    </w:p>
    <w:p w:rsidR="00A85396" w:rsidRPr="00477049" w:rsidRDefault="00A85396">
      <w:pPr>
        <w:jc w:val="center"/>
        <w:rPr>
          <w:rFonts w:ascii="標楷體" w:eastAsia="標楷體" w:hAnsi="標楷體"/>
          <w:b/>
          <w:color w:val="auto"/>
          <w:sz w:val="28"/>
          <w:szCs w:val="28"/>
          <w:lang w:eastAsia="zh-TW"/>
        </w:rPr>
      </w:pPr>
      <w:r w:rsidRPr="00477049">
        <w:rPr>
          <w:rFonts w:ascii="標楷體" w:eastAsia="標楷體" w:hAnsi="標楷體" w:hint="eastAsia"/>
          <w:b/>
          <w:color w:val="auto"/>
          <w:sz w:val="28"/>
          <w:szCs w:val="28"/>
          <w:lang w:eastAsia="zh-TW"/>
        </w:rPr>
        <w:t>國軍退除役官兵輔導委員會退除役官兵職業訓練中心</w:t>
      </w:r>
    </w:p>
    <w:p w:rsidR="00875FAE" w:rsidRPr="00477049" w:rsidRDefault="00521EC9">
      <w:pPr>
        <w:jc w:val="center"/>
        <w:rPr>
          <w:rFonts w:ascii="標楷體" w:eastAsia="標楷體" w:hAnsi="標楷體"/>
          <w:color w:val="auto"/>
          <w:sz w:val="28"/>
          <w:szCs w:val="28"/>
          <w:lang w:eastAsia="zh-TW"/>
        </w:rPr>
      </w:pPr>
      <w:r w:rsidRPr="00477049">
        <w:rPr>
          <w:rFonts w:ascii="標楷體" w:eastAsia="標楷體" w:hAnsi="標楷體"/>
          <w:b/>
          <w:color w:val="auto"/>
          <w:sz w:val="28"/>
          <w:szCs w:val="28"/>
          <w:lang w:eastAsia="zh-TW"/>
        </w:rPr>
        <w:t>職業訓練</w:t>
      </w:r>
      <w:proofErr w:type="gramStart"/>
      <w:r w:rsidRPr="00477049">
        <w:rPr>
          <w:rFonts w:ascii="標楷體" w:eastAsia="標楷體" w:hAnsi="標楷體"/>
          <w:b/>
          <w:color w:val="auto"/>
          <w:sz w:val="28"/>
          <w:szCs w:val="28"/>
          <w:lang w:eastAsia="zh-TW"/>
        </w:rPr>
        <w:t>學員霸凌事件</w:t>
      </w:r>
      <w:proofErr w:type="gramEnd"/>
      <w:r w:rsidRPr="00477049">
        <w:rPr>
          <w:rFonts w:ascii="標楷體" w:eastAsia="標楷體" w:hAnsi="標楷體"/>
          <w:b/>
          <w:color w:val="auto"/>
          <w:sz w:val="28"/>
          <w:szCs w:val="28"/>
          <w:lang w:eastAsia="zh-TW"/>
        </w:rPr>
        <w:t>調查</w:t>
      </w:r>
      <w:proofErr w:type="gramStart"/>
      <w:r w:rsidRPr="00477049">
        <w:rPr>
          <w:rFonts w:ascii="標楷體" w:eastAsia="標楷體" w:hAnsi="標楷體"/>
          <w:b/>
          <w:color w:val="auto"/>
          <w:sz w:val="28"/>
          <w:szCs w:val="28"/>
          <w:lang w:eastAsia="zh-TW"/>
        </w:rPr>
        <w:t>申復</w:t>
      </w:r>
      <w:proofErr w:type="gramEnd"/>
      <w:r w:rsidRPr="00477049">
        <w:rPr>
          <w:rFonts w:ascii="標楷體" w:eastAsia="標楷體" w:hAnsi="標楷體"/>
          <w:b/>
          <w:color w:val="auto"/>
          <w:sz w:val="28"/>
          <w:szCs w:val="28"/>
          <w:lang w:eastAsia="zh-TW"/>
        </w:rPr>
        <w:t>書</w:t>
      </w:r>
      <w:r w:rsidRPr="00477049">
        <w:rPr>
          <w:rFonts w:ascii="標楷體" w:eastAsia="標楷體" w:hAnsi="標楷體"/>
          <w:b/>
          <w:color w:val="auto"/>
          <w:sz w:val="28"/>
          <w:szCs w:val="28"/>
          <w:lang w:eastAsia="zh-TW"/>
        </w:rPr>
        <w:br/>
      </w:r>
      <w:r w:rsidRPr="00477049">
        <w:rPr>
          <w:rFonts w:ascii="標楷體" w:eastAsia="標楷體" w:hAnsi="標楷體"/>
          <w:color w:val="auto"/>
          <w:sz w:val="28"/>
          <w:szCs w:val="28"/>
          <w:lang w:eastAsia="zh-TW"/>
        </w:rPr>
        <w:t>申請日期：    年    月    日</w:t>
      </w:r>
    </w:p>
    <w:tbl>
      <w:tblPr>
        <w:tblStyle w:val="aff2"/>
        <w:tblW w:w="0" w:type="auto"/>
        <w:jc w:val="center"/>
        <w:tblLook w:val="04A0" w:firstRow="1" w:lastRow="0" w:firstColumn="1" w:lastColumn="0" w:noHBand="0" w:noVBand="1"/>
      </w:tblPr>
      <w:tblGrid>
        <w:gridCol w:w="1504"/>
        <w:gridCol w:w="1503"/>
        <w:gridCol w:w="1503"/>
        <w:gridCol w:w="1503"/>
        <w:gridCol w:w="1503"/>
        <w:gridCol w:w="1503"/>
      </w:tblGrid>
      <w:tr w:rsidR="00477049" w:rsidRPr="00477049" w:rsidTr="00DA45DA">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申復</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申請人</w:t>
            </w:r>
            <w:proofErr w:type="spellEnd"/>
          </w:p>
        </w:tc>
        <w:tc>
          <w:tcPr>
            <w:tcW w:w="1505" w:type="dxa"/>
            <w:tcMar>
              <w:top w:w="80" w:type="dxa"/>
              <w:left w:w="120" w:type="dxa"/>
              <w:bottom w:w="80" w:type="dxa"/>
              <w:right w:w="120" w:type="dxa"/>
            </w:tcMar>
            <w:vAlign w:val="center"/>
          </w:tcPr>
          <w:p w:rsidR="00875FAE" w:rsidRPr="00477049" w:rsidRDefault="00521EC9" w:rsidP="00DA45DA">
            <w:pPr>
              <w:jc w:val="center"/>
              <w:rPr>
                <w:rFonts w:ascii="標楷體" w:eastAsia="標楷體" w:hAnsi="標楷體"/>
                <w:color w:val="auto"/>
                <w:sz w:val="28"/>
                <w:szCs w:val="28"/>
              </w:rPr>
            </w:pPr>
            <w:r w:rsidRPr="00477049">
              <w:rPr>
                <w:rFonts w:ascii="標楷體" w:eastAsia="標楷體" w:hAnsi="標楷體"/>
                <w:color w:val="auto"/>
                <w:sz w:val="28"/>
                <w:szCs w:val="28"/>
              </w:rPr>
              <w:t>姓名</w:t>
            </w:r>
          </w:p>
        </w:tc>
        <w:tc>
          <w:tcPr>
            <w:tcW w:w="1505" w:type="dxa"/>
            <w:tcMar>
              <w:top w:w="80" w:type="dxa"/>
              <w:left w:w="120" w:type="dxa"/>
              <w:bottom w:w="80" w:type="dxa"/>
              <w:right w:w="120" w:type="dxa"/>
            </w:tcMar>
            <w:vAlign w:val="center"/>
          </w:tcPr>
          <w:p w:rsidR="00875FAE" w:rsidRPr="00477049" w:rsidRDefault="00875FAE" w:rsidP="00DA45DA">
            <w:pPr>
              <w:jc w:val="center"/>
              <w:rPr>
                <w:rFonts w:ascii="標楷體" w:eastAsia="標楷體" w:hAnsi="標楷體"/>
                <w:color w:val="auto"/>
                <w:sz w:val="28"/>
                <w:szCs w:val="28"/>
              </w:rPr>
            </w:pPr>
          </w:p>
        </w:tc>
        <w:tc>
          <w:tcPr>
            <w:tcW w:w="1505" w:type="dxa"/>
            <w:tcMar>
              <w:top w:w="80" w:type="dxa"/>
              <w:left w:w="120" w:type="dxa"/>
              <w:bottom w:w="80" w:type="dxa"/>
              <w:right w:w="120" w:type="dxa"/>
            </w:tcMar>
            <w:vAlign w:val="center"/>
          </w:tcPr>
          <w:p w:rsidR="00875FAE" w:rsidRPr="00477049" w:rsidRDefault="00521EC9" w:rsidP="00DA45DA">
            <w:pPr>
              <w:jc w:val="center"/>
              <w:rPr>
                <w:rFonts w:ascii="標楷體" w:eastAsia="標楷體" w:hAnsi="標楷體"/>
                <w:color w:val="auto"/>
                <w:sz w:val="28"/>
                <w:szCs w:val="28"/>
              </w:rPr>
            </w:pPr>
            <w:r w:rsidRPr="00477049">
              <w:rPr>
                <w:rFonts w:ascii="標楷體" w:eastAsia="標楷體" w:hAnsi="標楷體"/>
                <w:color w:val="auto"/>
                <w:sz w:val="28"/>
                <w:szCs w:val="28"/>
              </w:rPr>
              <w:t>身分證號</w:t>
            </w:r>
          </w:p>
        </w:tc>
        <w:tc>
          <w:tcPr>
            <w:tcW w:w="1505" w:type="dxa"/>
            <w:tcMar>
              <w:top w:w="80" w:type="dxa"/>
              <w:left w:w="120" w:type="dxa"/>
              <w:bottom w:w="80" w:type="dxa"/>
              <w:right w:w="120" w:type="dxa"/>
            </w:tcMar>
            <w:vAlign w:val="center"/>
          </w:tcPr>
          <w:p w:rsidR="00875FAE" w:rsidRPr="00477049" w:rsidRDefault="00521EC9" w:rsidP="00DA45DA">
            <w:pPr>
              <w:jc w:val="center"/>
              <w:rPr>
                <w:rFonts w:ascii="標楷體" w:eastAsia="標楷體" w:hAnsi="標楷體"/>
                <w:color w:val="auto"/>
                <w:sz w:val="28"/>
                <w:szCs w:val="28"/>
              </w:rPr>
            </w:pPr>
            <w:r w:rsidRPr="00477049">
              <w:rPr>
                <w:rFonts w:ascii="標楷體" w:eastAsia="標楷體" w:hAnsi="標楷體"/>
                <w:color w:val="auto"/>
                <w:sz w:val="28"/>
                <w:szCs w:val="28"/>
              </w:rPr>
              <w:t>學員班級</w:t>
            </w:r>
          </w:p>
        </w:tc>
        <w:tc>
          <w:tcPr>
            <w:tcW w:w="1505" w:type="dxa"/>
            <w:tcMar>
              <w:top w:w="80" w:type="dxa"/>
              <w:left w:w="120" w:type="dxa"/>
              <w:bottom w:w="80" w:type="dxa"/>
              <w:right w:w="120" w:type="dxa"/>
            </w:tcMar>
            <w:vAlign w:val="center"/>
          </w:tcPr>
          <w:p w:rsidR="00875FAE" w:rsidRPr="00477049" w:rsidRDefault="00875FAE" w:rsidP="00DA45DA">
            <w:pPr>
              <w:jc w:val="center"/>
              <w:rPr>
                <w:rFonts w:ascii="標楷體" w:eastAsia="標楷體" w:hAnsi="標楷體"/>
                <w:color w:val="auto"/>
                <w:sz w:val="28"/>
                <w:szCs w:val="28"/>
              </w:rPr>
            </w:pPr>
          </w:p>
        </w:tc>
      </w:tr>
      <w:tr w:rsidR="00477049" w:rsidRPr="00477049" w:rsidTr="00DA45DA">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聯絡電話</w:t>
            </w:r>
            <w:proofErr w:type="spellEnd"/>
          </w:p>
        </w:tc>
        <w:tc>
          <w:tcPr>
            <w:tcW w:w="3010" w:type="dxa"/>
            <w:gridSpan w:val="2"/>
            <w:tcMar>
              <w:top w:w="80" w:type="dxa"/>
              <w:left w:w="120" w:type="dxa"/>
              <w:bottom w:w="80" w:type="dxa"/>
              <w:right w:w="120" w:type="dxa"/>
            </w:tcMar>
            <w:vAlign w:val="center"/>
          </w:tcPr>
          <w:p w:rsidR="00875FAE" w:rsidRPr="00477049" w:rsidRDefault="00875FAE" w:rsidP="00DA45DA">
            <w:pPr>
              <w:jc w:val="center"/>
              <w:rPr>
                <w:rFonts w:ascii="標楷體" w:eastAsia="標楷體" w:hAnsi="標楷體"/>
                <w:color w:val="auto"/>
                <w:sz w:val="28"/>
                <w:szCs w:val="28"/>
              </w:rPr>
            </w:pPr>
          </w:p>
        </w:tc>
        <w:tc>
          <w:tcPr>
            <w:tcW w:w="1505" w:type="dxa"/>
            <w:tcMar>
              <w:top w:w="80" w:type="dxa"/>
              <w:left w:w="120" w:type="dxa"/>
              <w:bottom w:w="80" w:type="dxa"/>
              <w:right w:w="120" w:type="dxa"/>
            </w:tcMar>
            <w:vAlign w:val="center"/>
          </w:tcPr>
          <w:p w:rsidR="00875FAE" w:rsidRPr="00477049" w:rsidRDefault="00521EC9" w:rsidP="00DA45DA">
            <w:pPr>
              <w:jc w:val="center"/>
              <w:rPr>
                <w:rFonts w:ascii="標楷體" w:eastAsia="標楷體" w:hAnsi="標楷體"/>
                <w:color w:val="auto"/>
                <w:sz w:val="28"/>
                <w:szCs w:val="28"/>
              </w:rPr>
            </w:pPr>
            <w:r w:rsidRPr="00477049">
              <w:rPr>
                <w:rFonts w:ascii="標楷體" w:eastAsia="標楷體" w:hAnsi="標楷體"/>
                <w:color w:val="auto"/>
                <w:sz w:val="28"/>
                <w:szCs w:val="28"/>
              </w:rPr>
              <w:t>住址</w:t>
            </w:r>
          </w:p>
        </w:tc>
        <w:tc>
          <w:tcPr>
            <w:tcW w:w="3010" w:type="dxa"/>
            <w:gridSpan w:val="2"/>
            <w:tcMar>
              <w:top w:w="80" w:type="dxa"/>
              <w:left w:w="120" w:type="dxa"/>
              <w:bottom w:w="80" w:type="dxa"/>
              <w:right w:w="120" w:type="dxa"/>
            </w:tcMar>
            <w:vAlign w:val="center"/>
          </w:tcPr>
          <w:p w:rsidR="00875FAE" w:rsidRPr="00477049" w:rsidRDefault="00875FAE" w:rsidP="00DA45DA">
            <w:pPr>
              <w:jc w:val="center"/>
              <w:rPr>
                <w:rFonts w:ascii="標楷體" w:eastAsia="標楷體" w:hAnsi="標楷體"/>
                <w:color w:val="auto"/>
                <w:sz w:val="28"/>
                <w:szCs w:val="28"/>
              </w:rPr>
            </w:pPr>
          </w:p>
        </w:tc>
      </w:tr>
      <w:tr w:rsidR="00477049" w:rsidRPr="00477049" w:rsidTr="00DA45DA">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代理人</w:t>
            </w:r>
            <w:proofErr w:type="spellEnd"/>
            <w:r w:rsidRPr="00477049">
              <w:rPr>
                <w:rFonts w:ascii="標楷體" w:eastAsia="標楷體" w:hAnsi="標楷體"/>
                <w:color w:val="auto"/>
                <w:sz w:val="28"/>
                <w:szCs w:val="28"/>
              </w:rPr>
              <w:br/>
              <w:t>(</w:t>
            </w:r>
            <w:proofErr w:type="spellStart"/>
            <w:r w:rsidRPr="00477049">
              <w:rPr>
                <w:rFonts w:ascii="標楷體" w:eastAsia="標楷體" w:hAnsi="標楷體"/>
                <w:color w:val="auto"/>
                <w:sz w:val="28"/>
                <w:szCs w:val="28"/>
              </w:rPr>
              <w:t>應附具委任書</w:t>
            </w:r>
            <w:proofErr w:type="spellEnd"/>
            <w:r w:rsidRPr="00477049">
              <w:rPr>
                <w:rFonts w:ascii="標楷體" w:eastAsia="標楷體" w:hAnsi="標楷體"/>
                <w:color w:val="auto"/>
                <w:sz w:val="28"/>
                <w:szCs w:val="28"/>
              </w:rPr>
              <w:t>)</w:t>
            </w:r>
          </w:p>
        </w:tc>
        <w:tc>
          <w:tcPr>
            <w:tcW w:w="1505" w:type="dxa"/>
            <w:tcMar>
              <w:top w:w="80" w:type="dxa"/>
              <w:left w:w="120" w:type="dxa"/>
              <w:bottom w:w="80" w:type="dxa"/>
              <w:right w:w="120" w:type="dxa"/>
            </w:tcMar>
            <w:vAlign w:val="center"/>
          </w:tcPr>
          <w:p w:rsidR="00875FAE" w:rsidRPr="00477049" w:rsidRDefault="00521EC9" w:rsidP="00DA45DA">
            <w:pPr>
              <w:jc w:val="center"/>
              <w:rPr>
                <w:rFonts w:ascii="標楷體" w:eastAsia="標楷體" w:hAnsi="標楷體"/>
                <w:color w:val="auto"/>
                <w:sz w:val="28"/>
                <w:szCs w:val="28"/>
              </w:rPr>
            </w:pPr>
            <w:r w:rsidRPr="00477049">
              <w:rPr>
                <w:rFonts w:ascii="標楷體" w:eastAsia="標楷體" w:hAnsi="標楷體"/>
                <w:color w:val="auto"/>
                <w:sz w:val="28"/>
                <w:szCs w:val="28"/>
              </w:rPr>
              <w:t>姓名</w:t>
            </w:r>
          </w:p>
        </w:tc>
        <w:tc>
          <w:tcPr>
            <w:tcW w:w="1505" w:type="dxa"/>
            <w:tcMar>
              <w:top w:w="80" w:type="dxa"/>
              <w:left w:w="120" w:type="dxa"/>
              <w:bottom w:w="80" w:type="dxa"/>
              <w:right w:w="120" w:type="dxa"/>
            </w:tcMar>
            <w:vAlign w:val="center"/>
          </w:tcPr>
          <w:p w:rsidR="00875FAE" w:rsidRPr="00477049" w:rsidRDefault="00875FAE" w:rsidP="00DA45DA">
            <w:pPr>
              <w:jc w:val="center"/>
              <w:rPr>
                <w:rFonts w:ascii="標楷體" w:eastAsia="標楷體" w:hAnsi="標楷體"/>
                <w:color w:val="auto"/>
                <w:sz w:val="28"/>
                <w:szCs w:val="28"/>
              </w:rPr>
            </w:pPr>
          </w:p>
        </w:tc>
        <w:tc>
          <w:tcPr>
            <w:tcW w:w="1505" w:type="dxa"/>
            <w:tcMar>
              <w:top w:w="80" w:type="dxa"/>
              <w:left w:w="120" w:type="dxa"/>
              <w:bottom w:w="80" w:type="dxa"/>
              <w:right w:w="120" w:type="dxa"/>
            </w:tcMar>
            <w:vAlign w:val="center"/>
          </w:tcPr>
          <w:p w:rsidR="00875FAE" w:rsidRPr="00477049" w:rsidRDefault="00521EC9" w:rsidP="00DA45DA">
            <w:pPr>
              <w:jc w:val="center"/>
              <w:rPr>
                <w:rFonts w:ascii="標楷體" w:eastAsia="標楷體" w:hAnsi="標楷體"/>
                <w:color w:val="auto"/>
                <w:sz w:val="28"/>
                <w:szCs w:val="28"/>
              </w:rPr>
            </w:pPr>
            <w:r w:rsidRPr="00477049">
              <w:rPr>
                <w:rFonts w:ascii="標楷體" w:eastAsia="標楷體" w:hAnsi="標楷體"/>
                <w:color w:val="auto"/>
                <w:sz w:val="28"/>
                <w:szCs w:val="28"/>
              </w:rPr>
              <w:t>身分證號</w:t>
            </w:r>
          </w:p>
        </w:tc>
        <w:tc>
          <w:tcPr>
            <w:tcW w:w="3010" w:type="dxa"/>
            <w:gridSpan w:val="2"/>
            <w:tcMar>
              <w:top w:w="80" w:type="dxa"/>
              <w:left w:w="120" w:type="dxa"/>
              <w:bottom w:w="80" w:type="dxa"/>
              <w:right w:w="120" w:type="dxa"/>
            </w:tcMar>
            <w:vAlign w:val="center"/>
          </w:tcPr>
          <w:p w:rsidR="00875FAE" w:rsidRPr="00477049" w:rsidRDefault="00875FAE" w:rsidP="00DA45DA">
            <w:pPr>
              <w:jc w:val="center"/>
              <w:rPr>
                <w:rFonts w:ascii="標楷體" w:eastAsia="標楷體" w:hAnsi="標楷體"/>
                <w:color w:val="auto"/>
                <w:sz w:val="28"/>
                <w:szCs w:val="28"/>
              </w:rPr>
            </w:pPr>
          </w:p>
        </w:tc>
      </w:tr>
      <w:tr w:rsidR="00477049" w:rsidRPr="00477049">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申復事由及</w:t>
            </w:r>
            <w:proofErr w:type="spellEnd"/>
            <w:r w:rsidRPr="00477049">
              <w:rPr>
                <w:rFonts w:ascii="標楷體" w:eastAsia="標楷體" w:hAnsi="標楷體"/>
                <w:color w:val="auto"/>
                <w:sz w:val="28"/>
                <w:szCs w:val="28"/>
              </w:rPr>
              <w:br/>
            </w:r>
            <w:proofErr w:type="spellStart"/>
            <w:r w:rsidRPr="00477049">
              <w:rPr>
                <w:rFonts w:ascii="標楷體" w:eastAsia="標楷體" w:hAnsi="標楷體"/>
                <w:color w:val="auto"/>
                <w:sz w:val="28"/>
                <w:szCs w:val="28"/>
              </w:rPr>
              <w:t>相關證據</w:t>
            </w:r>
            <w:proofErr w:type="spellEnd"/>
          </w:p>
        </w:tc>
        <w:tc>
          <w:tcPr>
            <w:tcW w:w="7525" w:type="dxa"/>
            <w:gridSpan w:val="5"/>
            <w:tcMar>
              <w:top w:w="80" w:type="dxa"/>
              <w:left w:w="120" w:type="dxa"/>
              <w:bottom w:w="80" w:type="dxa"/>
              <w:right w:w="120" w:type="dxa"/>
            </w:tcMar>
          </w:tcPr>
          <w:p w:rsidR="00875FAE" w:rsidRPr="00477049" w:rsidRDefault="00521EC9">
            <w:pPr>
              <w:rPr>
                <w:rFonts w:ascii="標楷體" w:eastAsia="標楷體" w:hAnsi="標楷體"/>
                <w:color w:val="auto"/>
                <w:sz w:val="28"/>
                <w:szCs w:val="28"/>
                <w:lang w:eastAsia="zh-TW"/>
              </w:rPr>
            </w:pPr>
            <w:r w:rsidRPr="00477049">
              <w:rPr>
                <w:rFonts w:ascii="標楷體" w:eastAsia="標楷體" w:hAnsi="標楷體"/>
                <w:color w:val="auto"/>
                <w:sz w:val="28"/>
                <w:szCs w:val="28"/>
                <w:lang w:eastAsia="zh-TW"/>
              </w:rPr>
              <w:t>申復事由：</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相關證據：</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lang w:eastAsia="zh-TW"/>
              </w:rPr>
              <w:br/>
              <w:t>申請人簽章：（代理人）</w:t>
            </w:r>
          </w:p>
        </w:tc>
      </w:tr>
      <w:tr w:rsidR="00477049" w:rsidRPr="00477049">
        <w:trPr>
          <w:jc w:val="center"/>
        </w:trPr>
        <w:tc>
          <w:tcPr>
            <w:tcW w:w="1505" w:type="dxa"/>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proofErr w:type="spellStart"/>
            <w:r w:rsidRPr="00477049">
              <w:rPr>
                <w:rFonts w:ascii="標楷體" w:eastAsia="標楷體" w:hAnsi="標楷體"/>
                <w:color w:val="auto"/>
                <w:sz w:val="28"/>
                <w:szCs w:val="28"/>
              </w:rPr>
              <w:t>備註</w:t>
            </w:r>
            <w:proofErr w:type="spellEnd"/>
          </w:p>
        </w:tc>
        <w:tc>
          <w:tcPr>
            <w:tcW w:w="7525" w:type="dxa"/>
            <w:gridSpan w:val="5"/>
            <w:tcMar>
              <w:top w:w="80" w:type="dxa"/>
              <w:left w:w="120" w:type="dxa"/>
              <w:bottom w:w="80" w:type="dxa"/>
              <w:right w:w="120" w:type="dxa"/>
            </w:tcMar>
          </w:tcPr>
          <w:p w:rsidR="00875FAE" w:rsidRPr="00477049" w:rsidRDefault="00521EC9">
            <w:pPr>
              <w:rPr>
                <w:rFonts w:ascii="標楷體" w:eastAsia="標楷體" w:hAnsi="標楷體"/>
                <w:color w:val="auto"/>
                <w:sz w:val="28"/>
                <w:szCs w:val="28"/>
              </w:rPr>
            </w:pPr>
            <w:r w:rsidRPr="00477049">
              <w:rPr>
                <w:rFonts w:ascii="標楷體" w:eastAsia="標楷體" w:hAnsi="標楷體"/>
                <w:color w:val="auto"/>
                <w:sz w:val="28"/>
                <w:szCs w:val="28"/>
                <w:lang w:eastAsia="zh-TW"/>
              </w:rPr>
              <w:t>1. 委任代理人需檢附委任書。</w:t>
            </w:r>
            <w:r w:rsidRPr="00477049">
              <w:rPr>
                <w:rFonts w:ascii="標楷體" w:eastAsia="標楷體" w:hAnsi="標楷體"/>
                <w:color w:val="auto"/>
                <w:sz w:val="28"/>
                <w:szCs w:val="28"/>
                <w:lang w:eastAsia="zh-TW"/>
              </w:rPr>
              <w:br/>
            </w:r>
            <w:r w:rsidRPr="00477049">
              <w:rPr>
                <w:rFonts w:ascii="標楷體" w:eastAsia="標楷體" w:hAnsi="標楷體"/>
                <w:color w:val="auto"/>
                <w:sz w:val="28"/>
                <w:szCs w:val="28"/>
              </w:rPr>
              <w:t xml:space="preserve">2. </w:t>
            </w:r>
            <w:proofErr w:type="spellStart"/>
            <w:r w:rsidRPr="00477049">
              <w:rPr>
                <w:rFonts w:ascii="標楷體" w:eastAsia="標楷體" w:hAnsi="標楷體"/>
                <w:color w:val="auto"/>
                <w:sz w:val="28"/>
                <w:szCs w:val="28"/>
              </w:rPr>
              <w:t>本案係保密案件</w:t>
            </w:r>
            <w:proofErr w:type="spellEnd"/>
            <w:r w:rsidRPr="00477049">
              <w:rPr>
                <w:rFonts w:ascii="標楷體" w:eastAsia="標楷體" w:hAnsi="標楷體"/>
                <w:color w:val="auto"/>
                <w:sz w:val="28"/>
                <w:szCs w:val="28"/>
              </w:rPr>
              <w:t>。</w:t>
            </w:r>
          </w:p>
        </w:tc>
      </w:tr>
    </w:tbl>
    <w:p w:rsidR="00875FAE" w:rsidRPr="00477049" w:rsidRDefault="00875FAE" w:rsidP="00207692">
      <w:pPr>
        <w:rPr>
          <w:rFonts w:ascii="標楷體" w:eastAsia="標楷體" w:hAnsi="標楷體"/>
          <w:color w:val="auto"/>
          <w:sz w:val="28"/>
          <w:szCs w:val="28"/>
        </w:rPr>
      </w:pPr>
    </w:p>
    <w:sectPr w:rsidR="00875FAE" w:rsidRPr="00477049" w:rsidSect="002D016B">
      <w:footerReference w:type="default" r:id="rId8"/>
      <w:pgSz w:w="11909" w:h="16834"/>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A1E" w:rsidRDefault="00502A1E">
      <w:pPr>
        <w:spacing w:after="0" w:line="240" w:lineRule="auto"/>
      </w:pPr>
      <w:r>
        <w:separator/>
      </w:r>
    </w:p>
  </w:endnote>
  <w:endnote w:type="continuationSeparator" w:id="0">
    <w:p w:rsidR="00502A1E" w:rsidRDefault="00502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FAE" w:rsidRDefault="00521EC9">
    <w:pPr>
      <w:pStyle w:val="a7"/>
      <w:jc w:val="center"/>
    </w:pPr>
    <w:r>
      <w:rPr>
        <w:color w:val="808080"/>
        <w:sz w:val="18"/>
      </w:rPr>
      <w:t xml:space="preserve">第 </w:t>
    </w:r>
    <w:r w:rsidRPr="002D016B">
      <w:rPr>
        <w:sz w:val="18"/>
        <w:szCs w:val="18"/>
      </w:rPr>
      <w:fldChar w:fldCharType="begin"/>
    </w:r>
    <w:r w:rsidRPr="002D016B">
      <w:rPr>
        <w:sz w:val="18"/>
        <w:szCs w:val="18"/>
      </w:rPr>
      <w:instrText>PAGE</w:instrText>
    </w:r>
    <w:r w:rsidRPr="002D016B">
      <w:rPr>
        <w:sz w:val="18"/>
        <w:szCs w:val="18"/>
      </w:rPr>
      <w:fldChar w:fldCharType="separate"/>
    </w:r>
    <w:r w:rsidR="00D31C02" w:rsidRPr="002D016B">
      <w:rPr>
        <w:noProof/>
        <w:sz w:val="18"/>
        <w:szCs w:val="18"/>
      </w:rPr>
      <w:t>1</w:t>
    </w:r>
    <w:r w:rsidRPr="002D016B">
      <w:rPr>
        <w:sz w:val="18"/>
        <w:szCs w:val="18"/>
      </w:rPr>
      <w:fldChar w:fldCharType="end"/>
    </w:r>
    <w:r>
      <w:rPr>
        <w:color w:val="808080"/>
        <w:sz w:val="18"/>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A1E" w:rsidRDefault="00502A1E">
      <w:pPr>
        <w:spacing w:after="0" w:line="240" w:lineRule="auto"/>
      </w:pPr>
      <w:r>
        <w:separator/>
      </w:r>
    </w:p>
  </w:footnote>
  <w:footnote w:type="continuationSeparator" w:id="0">
    <w:p w:rsidR="00502A1E" w:rsidRDefault="00502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F37"/>
    <w:rsid w:val="00007568"/>
    <w:rsid w:val="00015297"/>
    <w:rsid w:val="00025FDB"/>
    <w:rsid w:val="00026BB4"/>
    <w:rsid w:val="00034616"/>
    <w:rsid w:val="000372B4"/>
    <w:rsid w:val="00037819"/>
    <w:rsid w:val="0006063C"/>
    <w:rsid w:val="00073860"/>
    <w:rsid w:val="00077E26"/>
    <w:rsid w:val="000D1FF2"/>
    <w:rsid w:val="000D5593"/>
    <w:rsid w:val="00106FB8"/>
    <w:rsid w:val="00122EC5"/>
    <w:rsid w:val="001240F1"/>
    <w:rsid w:val="0015074B"/>
    <w:rsid w:val="00157125"/>
    <w:rsid w:val="00161224"/>
    <w:rsid w:val="00165040"/>
    <w:rsid w:val="00171A46"/>
    <w:rsid w:val="00171C84"/>
    <w:rsid w:val="001D0FCD"/>
    <w:rsid w:val="001D24D0"/>
    <w:rsid w:val="00207692"/>
    <w:rsid w:val="00211557"/>
    <w:rsid w:val="00214165"/>
    <w:rsid w:val="002174C4"/>
    <w:rsid w:val="002501AB"/>
    <w:rsid w:val="00253944"/>
    <w:rsid w:val="00254EFC"/>
    <w:rsid w:val="0027378E"/>
    <w:rsid w:val="002938A2"/>
    <w:rsid w:val="0029639D"/>
    <w:rsid w:val="002A39B0"/>
    <w:rsid w:val="002B3AA2"/>
    <w:rsid w:val="002D016B"/>
    <w:rsid w:val="002E19DE"/>
    <w:rsid w:val="003043DB"/>
    <w:rsid w:val="0032585A"/>
    <w:rsid w:val="00326A1F"/>
    <w:rsid w:val="00326F90"/>
    <w:rsid w:val="003548DA"/>
    <w:rsid w:val="00364C2F"/>
    <w:rsid w:val="003814C3"/>
    <w:rsid w:val="00396F9E"/>
    <w:rsid w:val="003B60DD"/>
    <w:rsid w:val="003B6D53"/>
    <w:rsid w:val="00414574"/>
    <w:rsid w:val="00416EC2"/>
    <w:rsid w:val="00425B5E"/>
    <w:rsid w:val="004278DC"/>
    <w:rsid w:val="004307C9"/>
    <w:rsid w:val="00441123"/>
    <w:rsid w:val="0044205F"/>
    <w:rsid w:val="00452668"/>
    <w:rsid w:val="00453AE2"/>
    <w:rsid w:val="00464864"/>
    <w:rsid w:val="00464E86"/>
    <w:rsid w:val="0047290C"/>
    <w:rsid w:val="00477049"/>
    <w:rsid w:val="004822F5"/>
    <w:rsid w:val="004825E6"/>
    <w:rsid w:val="00485D1D"/>
    <w:rsid w:val="00486B4C"/>
    <w:rsid w:val="004C6898"/>
    <w:rsid w:val="004D1A06"/>
    <w:rsid w:val="004D5EB9"/>
    <w:rsid w:val="004F2F79"/>
    <w:rsid w:val="00502A1E"/>
    <w:rsid w:val="00515D2C"/>
    <w:rsid w:val="00521EC9"/>
    <w:rsid w:val="00531D4F"/>
    <w:rsid w:val="00536EC1"/>
    <w:rsid w:val="00587F37"/>
    <w:rsid w:val="005A21EE"/>
    <w:rsid w:val="005B439E"/>
    <w:rsid w:val="005C15F4"/>
    <w:rsid w:val="005D45B3"/>
    <w:rsid w:val="005D722E"/>
    <w:rsid w:val="005F19B9"/>
    <w:rsid w:val="005F7834"/>
    <w:rsid w:val="00600922"/>
    <w:rsid w:val="00645DAA"/>
    <w:rsid w:val="00673085"/>
    <w:rsid w:val="006C6B23"/>
    <w:rsid w:val="006D1FF1"/>
    <w:rsid w:val="00714475"/>
    <w:rsid w:val="0075466B"/>
    <w:rsid w:val="007579F9"/>
    <w:rsid w:val="00776FD8"/>
    <w:rsid w:val="00777A15"/>
    <w:rsid w:val="00786320"/>
    <w:rsid w:val="00786D62"/>
    <w:rsid w:val="007B5413"/>
    <w:rsid w:val="007E61EE"/>
    <w:rsid w:val="007F6BF7"/>
    <w:rsid w:val="0081513A"/>
    <w:rsid w:val="00815B2A"/>
    <w:rsid w:val="008300CD"/>
    <w:rsid w:val="00831B6D"/>
    <w:rsid w:val="0085132B"/>
    <w:rsid w:val="00860567"/>
    <w:rsid w:val="00875FAE"/>
    <w:rsid w:val="008C1550"/>
    <w:rsid w:val="008C33FA"/>
    <w:rsid w:val="008E513D"/>
    <w:rsid w:val="00905FC8"/>
    <w:rsid w:val="0091043B"/>
    <w:rsid w:val="00913D92"/>
    <w:rsid w:val="009171A0"/>
    <w:rsid w:val="00927670"/>
    <w:rsid w:val="00963260"/>
    <w:rsid w:val="00970B56"/>
    <w:rsid w:val="00971271"/>
    <w:rsid w:val="00971DD3"/>
    <w:rsid w:val="00973467"/>
    <w:rsid w:val="00994ECE"/>
    <w:rsid w:val="009F2E75"/>
    <w:rsid w:val="00A06CBC"/>
    <w:rsid w:val="00A564BD"/>
    <w:rsid w:val="00A637F4"/>
    <w:rsid w:val="00A85396"/>
    <w:rsid w:val="00A9071A"/>
    <w:rsid w:val="00AA1D8D"/>
    <w:rsid w:val="00AC4449"/>
    <w:rsid w:val="00AD0C5B"/>
    <w:rsid w:val="00AD0DDE"/>
    <w:rsid w:val="00AF24E7"/>
    <w:rsid w:val="00AF3375"/>
    <w:rsid w:val="00B00468"/>
    <w:rsid w:val="00B113B9"/>
    <w:rsid w:val="00B47730"/>
    <w:rsid w:val="00B55566"/>
    <w:rsid w:val="00B574B2"/>
    <w:rsid w:val="00B62497"/>
    <w:rsid w:val="00B70D54"/>
    <w:rsid w:val="00B8120E"/>
    <w:rsid w:val="00B83C98"/>
    <w:rsid w:val="00B9339D"/>
    <w:rsid w:val="00B94CA5"/>
    <w:rsid w:val="00BC7859"/>
    <w:rsid w:val="00BD3014"/>
    <w:rsid w:val="00BD4162"/>
    <w:rsid w:val="00C11E58"/>
    <w:rsid w:val="00C41B3F"/>
    <w:rsid w:val="00C60B49"/>
    <w:rsid w:val="00C72410"/>
    <w:rsid w:val="00CB0664"/>
    <w:rsid w:val="00CC0013"/>
    <w:rsid w:val="00CC3ED3"/>
    <w:rsid w:val="00CC42A3"/>
    <w:rsid w:val="00CE0989"/>
    <w:rsid w:val="00CF2299"/>
    <w:rsid w:val="00CF592F"/>
    <w:rsid w:val="00D045D4"/>
    <w:rsid w:val="00D1153C"/>
    <w:rsid w:val="00D12921"/>
    <w:rsid w:val="00D172A5"/>
    <w:rsid w:val="00D31C02"/>
    <w:rsid w:val="00D3506A"/>
    <w:rsid w:val="00D41B8C"/>
    <w:rsid w:val="00D6176B"/>
    <w:rsid w:val="00D646BD"/>
    <w:rsid w:val="00DA45DA"/>
    <w:rsid w:val="00DA5D22"/>
    <w:rsid w:val="00DB12A9"/>
    <w:rsid w:val="00DD4BD8"/>
    <w:rsid w:val="00DD75EB"/>
    <w:rsid w:val="00E01E91"/>
    <w:rsid w:val="00E0214E"/>
    <w:rsid w:val="00E02F8E"/>
    <w:rsid w:val="00E177E0"/>
    <w:rsid w:val="00E34604"/>
    <w:rsid w:val="00E52046"/>
    <w:rsid w:val="00E710FB"/>
    <w:rsid w:val="00EB0A43"/>
    <w:rsid w:val="00EB277A"/>
    <w:rsid w:val="00EC22DC"/>
    <w:rsid w:val="00EC75A9"/>
    <w:rsid w:val="00ED453F"/>
    <w:rsid w:val="00EE4FBF"/>
    <w:rsid w:val="00F42273"/>
    <w:rsid w:val="00F453E6"/>
    <w:rsid w:val="00F46E01"/>
    <w:rsid w:val="00F71B4D"/>
    <w:rsid w:val="00F819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0740E9"/>
  <w14:defaultImageDpi w14:val="300"/>
  <w15:docId w15:val="{B984E073-D782-49FC-9C5E-906D9F3B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微軟正黑體" w:eastAsia="微軟正黑體" w:hAnsi="微軟正黑體"/>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Balloon Text"/>
    <w:basedOn w:val="a1"/>
    <w:link w:val="affb"/>
    <w:uiPriority w:val="99"/>
    <w:semiHidden/>
    <w:unhideWhenUsed/>
    <w:rsid w:val="00E02F8E"/>
    <w:pPr>
      <w:spacing w:after="0" w:line="240" w:lineRule="auto"/>
    </w:pPr>
    <w:rPr>
      <w:rFonts w:asciiTheme="majorHAnsi" w:eastAsiaTheme="majorEastAsia" w:hAnsiTheme="majorHAnsi" w:cstheme="majorBidi"/>
      <w:sz w:val="18"/>
      <w:szCs w:val="18"/>
    </w:rPr>
  </w:style>
  <w:style w:type="character" w:customStyle="1" w:styleId="affb">
    <w:name w:val="註解方塊文字 字元"/>
    <w:basedOn w:val="a2"/>
    <w:link w:val="affa"/>
    <w:uiPriority w:val="99"/>
    <w:semiHidden/>
    <w:rsid w:val="00E02F8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B28A8-1208-44CB-9EFE-1AB4504F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9</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鍾念慈</cp:lastModifiedBy>
  <cp:revision>173</cp:revision>
  <cp:lastPrinted>2026-10-06T05:59:00Z</cp:lastPrinted>
  <dcterms:created xsi:type="dcterms:W3CDTF">2026-10-06T00:54:00Z</dcterms:created>
  <dcterms:modified xsi:type="dcterms:W3CDTF">2026-10-13T07:17:00Z</dcterms:modified>
  <cp:category/>
</cp:coreProperties>
</file>